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EA887" w14:textId="0671BF77" w:rsidR="00AE76CC" w:rsidRPr="00D07997" w:rsidRDefault="004B4575" w:rsidP="00D079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4CAE7E2" wp14:editId="7006B812">
            <wp:simplePos x="0" y="0"/>
            <wp:positionH relativeFrom="column">
              <wp:posOffset>4968875</wp:posOffset>
            </wp:positionH>
            <wp:positionV relativeFrom="paragraph">
              <wp:posOffset>-489676</wp:posOffset>
            </wp:positionV>
            <wp:extent cx="1002897" cy="1017996"/>
            <wp:effectExtent l="0" t="0" r="6985" b="0"/>
            <wp:wrapNone/>
            <wp:docPr id="1743705636" name="Resim 1" descr="simge, sembol, logo, daire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53219" name="Resim 1" descr="simge, sembol, logo, daire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97" cy="10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78B5885" wp14:editId="57D5A7A6">
            <wp:simplePos x="0" y="0"/>
            <wp:positionH relativeFrom="column">
              <wp:posOffset>-495300</wp:posOffset>
            </wp:positionH>
            <wp:positionV relativeFrom="paragraph">
              <wp:posOffset>-489948</wp:posOffset>
            </wp:positionV>
            <wp:extent cx="1002897" cy="1017996"/>
            <wp:effectExtent l="0" t="0" r="6985" b="0"/>
            <wp:wrapNone/>
            <wp:docPr id="1249953219" name="Resim 1" descr="simge, sembol, logo, daire, ticari mark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53219" name="Resim 1" descr="simge, sembol, logo, daire, ticari mark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97" cy="10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6CC" w:rsidRPr="00D07997">
        <w:rPr>
          <w:rFonts w:ascii="Times New Roman" w:hAnsi="Times New Roman" w:cs="Times New Roman"/>
          <w:b/>
          <w:bCs/>
          <w:sz w:val="24"/>
          <w:szCs w:val="24"/>
        </w:rPr>
        <w:t>TRABZON ÜNİVERSİTESİ</w:t>
      </w:r>
    </w:p>
    <w:p w14:paraId="710CBF24" w14:textId="52CAEFCD" w:rsidR="00AE76CC" w:rsidRPr="00D07997" w:rsidRDefault="00AE76CC" w:rsidP="00D079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>TONYA MESLEK YÜKSEKOKULU</w:t>
      </w:r>
    </w:p>
    <w:p w14:paraId="133E9F06" w14:textId="0E491140" w:rsidR="00AB441B" w:rsidRPr="00D07997" w:rsidRDefault="004B4575" w:rsidP="00D07997">
      <w:pPr>
        <w:pStyle w:val="KonuBal"/>
        <w:spacing w:after="0" w:line="36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Tonya MYO </w:t>
      </w:r>
      <w:proofErr w:type="spellStart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İçi</w:t>
      </w:r>
      <w:proofErr w:type="spellEnd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Staj</w:t>
      </w:r>
      <w:proofErr w:type="spellEnd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/ </w:t>
      </w:r>
      <w:proofErr w:type="spellStart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İşletmede</w:t>
      </w:r>
      <w:proofErr w:type="spellEnd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Mesleki</w:t>
      </w:r>
      <w:proofErr w:type="spellEnd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="000503AF"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Değerlendirme</w:t>
      </w:r>
      <w:proofErr w:type="spellEnd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color w:val="auto"/>
          <w:sz w:val="24"/>
          <w:szCs w:val="24"/>
        </w:rPr>
        <w:t>Raporu</w:t>
      </w:r>
      <w:proofErr w:type="spellEnd"/>
    </w:p>
    <w:p w14:paraId="6467663F" w14:textId="46085FFB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>Tarih: Haziran 2025</w:t>
      </w:r>
    </w:p>
    <w:p w14:paraId="6DCA5A26" w14:textId="77777777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Hazırlayan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İşletmede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Komisyonu</w:t>
      </w:r>
      <w:proofErr w:type="spellEnd"/>
    </w:p>
    <w:p w14:paraId="06F146CA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Giriş</w:t>
      </w:r>
      <w:proofErr w:type="spellEnd"/>
    </w:p>
    <w:p w14:paraId="713564E8" w14:textId="77777777" w:rsidR="00AB441B" w:rsidRPr="00D07997" w:rsidRDefault="004B4575" w:rsidP="00D07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rapor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2024-2025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Eğitim-Öğretim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yılı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Bahar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döneminde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yapılan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içi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stajların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tarafından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değerlendirilmesi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amacıyla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uygulanan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anketin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sonuçlarına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dayanılarak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hazırlanmıştır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. Amaç,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süreçlerinin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kalitesini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artırmaya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yönelik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güçlü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gelişime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açık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ortaya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koymaktır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286D1AF5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Evde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gram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Hasta 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Bakımı</w:t>
      </w:r>
      <w:proofErr w:type="spellEnd"/>
      <w:proofErr w:type="gram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7CAFFA73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Nicel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Veriler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Ortalama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Puanlar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0627F8A1" w14:textId="2A68E330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2.82 / 5</w:t>
      </w:r>
    </w:p>
    <w:p w14:paraId="4679ECDD" w14:textId="004F595F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3.54 / 5</w:t>
      </w:r>
    </w:p>
    <w:p w14:paraId="4E80B2DA" w14:textId="1C8D627A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3.32 / 5</w:t>
      </w:r>
    </w:p>
    <w:p w14:paraId="3A5A237F" w14:textId="770797AB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3.25 / 5</w:t>
      </w:r>
    </w:p>
    <w:p w14:paraId="2F1091DC" w14:textId="7952618B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3.04 / 5</w:t>
      </w:r>
    </w:p>
    <w:p w14:paraId="29B86CC8" w14:textId="2C46BD4B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2.96 / 5</w:t>
      </w:r>
    </w:p>
    <w:p w14:paraId="2331EF8D" w14:textId="68751D63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3.89 / 5</w:t>
      </w:r>
    </w:p>
    <w:p w14:paraId="4DBFC538" w14:textId="6FF53D99" w:rsidR="00AB441B" w:rsidRPr="00D07997" w:rsidRDefault="004B4575" w:rsidP="00D07997">
      <w:pPr>
        <w:pStyle w:val="ListeMaddemi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3.68 / 5</w:t>
      </w:r>
    </w:p>
    <w:p w14:paraId="50FDDCBE" w14:textId="2EF1EDB3" w:rsidR="00AB441B" w:rsidRPr="00D07997" w:rsidRDefault="004B4575" w:rsidP="00D07997">
      <w:pPr>
        <w:pStyle w:val="ListeMaddemi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3.75 / 5</w:t>
      </w:r>
    </w:p>
    <w:p w14:paraId="360A5857" w14:textId="21BA2AEE" w:rsidR="00AB441B" w:rsidRPr="00D07997" w:rsidRDefault="004B4575" w:rsidP="00D07997">
      <w:pPr>
        <w:pStyle w:val="ListeMaddemi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4.14 / 5</w:t>
      </w:r>
    </w:p>
    <w:p w14:paraId="45EBC9FC" w14:textId="4E7276AA" w:rsidR="00AB441B" w:rsidRPr="00D07997" w:rsidRDefault="004B4575" w:rsidP="00D07997">
      <w:pPr>
        <w:pStyle w:val="ListeMaddemi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3.82 / 5</w:t>
      </w:r>
    </w:p>
    <w:p w14:paraId="01B0B439" w14:textId="2C6053A2" w:rsidR="00AB441B" w:rsidRPr="00D07997" w:rsidRDefault="004B4575" w:rsidP="00D07997">
      <w:pPr>
        <w:pStyle w:val="ListeMaddemi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3.82 / 5</w:t>
      </w:r>
    </w:p>
    <w:p w14:paraId="72FEA2DB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64FAC8EC" w14:textId="12EEB6CC" w:rsidR="004F6EEA" w:rsidRPr="00D07997" w:rsidRDefault="004F6EEA" w:rsidP="00D07997">
      <w:pPr>
        <w:pStyle w:val="ListeMaddemi2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mı?</w:t>
      </w:r>
    </w:p>
    <w:p w14:paraId="1B645765" w14:textId="454F04A8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3387C322" wp14:editId="4711CC42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4895850" cy="1600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de Bakım_katki_sagladimi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5DA4C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490C7A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787FDDD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ABF985F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8063FE6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71B0788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87B318F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A320830" w14:textId="2FE1BF85" w:rsidR="004F6EEA" w:rsidRPr="00D07997" w:rsidRDefault="004F6EEA" w:rsidP="00D07997">
      <w:pPr>
        <w:pStyle w:val="ListeMaddemi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47F3DA8" wp14:editId="7F76CBC9">
            <wp:simplePos x="0" y="0"/>
            <wp:positionH relativeFrom="column">
              <wp:posOffset>228600</wp:posOffset>
            </wp:positionH>
            <wp:positionV relativeFrom="paragraph">
              <wp:posOffset>211455</wp:posOffset>
            </wp:positionV>
            <wp:extent cx="5029200" cy="1638300"/>
            <wp:effectExtent l="0" t="0" r="0" b="0"/>
            <wp:wrapSquare wrapText="bothSides"/>
            <wp:docPr id="14" name="Picture 14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67B63F10" w14:textId="2CBF6701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D4126EC" w14:textId="26B67FE9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</w:t>
      </w:r>
      <w:r w:rsidR="00325A44" w:rsidRPr="00D07997">
        <w:rPr>
          <w:rFonts w:ascii="Times New Roman" w:hAnsi="Times New Roman" w:cs="Times New Roman"/>
          <w:sz w:val="24"/>
          <w:szCs w:val="24"/>
        </w:rPr>
        <w:t xml:space="preserve"> </w:t>
      </w:r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sürecinde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seni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en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çok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geliştiren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yön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neydi</w:t>
      </w:r>
      <w:proofErr w:type="spellEnd"/>
      <w:r w:rsidR="00325A44"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2186CF74" w14:textId="33713A32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Enjeksiyon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997">
        <w:rPr>
          <w:rFonts w:ascii="Times New Roman" w:hAnsi="Times New Roman" w:cs="Times New Roman"/>
          <w:sz w:val="24"/>
          <w:szCs w:val="24"/>
        </w:rPr>
        <w:t>yaparak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proofErr w:type="gram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gözlemleyerek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geliştirdim</w:t>
      </w:r>
      <w:proofErr w:type="spellEnd"/>
      <w:r w:rsidR="004F6EEA" w:rsidRPr="00D07997">
        <w:rPr>
          <w:rFonts w:ascii="Times New Roman" w:hAnsi="Times New Roman" w:cs="Times New Roman"/>
          <w:sz w:val="24"/>
          <w:szCs w:val="24"/>
        </w:rPr>
        <w:t>.</w:t>
      </w:r>
    </w:p>
    <w:p w14:paraId="341CD181" w14:textId="19D2546D" w:rsidR="00841D96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  <w:lang w:val="tr-TR"/>
        </w:rPr>
        <w:t>Evlere gidip okulda öğrendiklerimi hastalar üzerinde pekiştirmek oldu</w:t>
      </w:r>
      <w:r w:rsidR="004F6EEA" w:rsidRPr="00D07997">
        <w:rPr>
          <w:rFonts w:ascii="Times New Roman" w:hAnsi="Times New Roman" w:cs="Times New Roman"/>
          <w:sz w:val="24"/>
          <w:szCs w:val="24"/>
          <w:lang w:val="tr-TR"/>
        </w:rPr>
        <w:t>.</w:t>
      </w:r>
    </w:p>
    <w:p w14:paraId="060CF8F9" w14:textId="34FD9F48" w:rsidR="00841D96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07997">
        <w:rPr>
          <w:rFonts w:ascii="Times New Roman" w:hAnsi="Times New Roman" w:cs="Times New Roman"/>
          <w:sz w:val="24"/>
          <w:szCs w:val="24"/>
          <w:lang w:val="es-ES"/>
        </w:rPr>
        <w:t xml:space="preserve">Hastalar ile empati kurma, iletişim kurma,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hastalarla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olmayı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öğrendim</w:t>
      </w:r>
      <w:proofErr w:type="spellEnd"/>
      <w:r w:rsidR="004F6EEA" w:rsidRPr="00D07997">
        <w:rPr>
          <w:rFonts w:ascii="Times New Roman" w:hAnsi="Times New Roman" w:cs="Times New Roman"/>
          <w:sz w:val="24"/>
          <w:szCs w:val="24"/>
        </w:rPr>
        <w:t>.</w:t>
      </w:r>
    </w:p>
    <w:p w14:paraId="6559CFF4" w14:textId="1934C476" w:rsidR="00841D96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Teoride öğrendiklerimi (tansiyon ölçümü, kan </w:t>
      </w:r>
      <w:proofErr w:type="spellStart"/>
      <w:proofErr w:type="gramStart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alma,enjeksiyon</w:t>
      </w:r>
      <w:proofErr w:type="spellEnd"/>
      <w:proofErr w:type="gramEnd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, yara bakımı) pratikte uygulayarak geliştirdim.</w:t>
      </w:r>
    </w:p>
    <w:p w14:paraId="43E9A653" w14:textId="4D9B4E03" w:rsidR="00841D96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Hastalara karşı nasıl davranmam ve yaklaşmam gerektiğini öğrendim ve ekip içindeki davranışlarımın nasıl olması gerektiğini öğrendim.</w:t>
      </w:r>
    </w:p>
    <w:p w14:paraId="54BE8B6B" w14:textId="6AC3352A" w:rsidR="00841D96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İş ortamında aktif bir şekilde rol almayı öğrendim</w:t>
      </w:r>
    </w:p>
    <w:p w14:paraId="5A42B75A" w14:textId="27708CE9" w:rsidR="002B6F04" w:rsidRPr="00D07997" w:rsidRDefault="00841D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Sosyal statü farklarına rağmen saygınlık gördüğümü fark ettim</w:t>
      </w:r>
    </w:p>
    <w:p w14:paraId="4377D116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  <w:lang w:val="pt-BR"/>
        </w:rPr>
      </w:pP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Yaşlı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Bakım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669D1C32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pt-BR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  <w:lang w:val="pt-BR"/>
        </w:rPr>
        <w:t>Nicel Veriler (Ortalama Puanlar)</w:t>
      </w:r>
    </w:p>
    <w:p w14:paraId="344F96E3" w14:textId="641EEDCA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3.19 / 5</w:t>
      </w:r>
    </w:p>
    <w:p w14:paraId="6C5C4B71" w14:textId="28403267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3.52 / 5</w:t>
      </w:r>
    </w:p>
    <w:p w14:paraId="2BC72B1C" w14:textId="6CD3E62C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3.19 / 5</w:t>
      </w:r>
    </w:p>
    <w:p w14:paraId="12CD8ACB" w14:textId="1832055F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lastRenderedPageBreak/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3.71 / 5</w:t>
      </w:r>
    </w:p>
    <w:p w14:paraId="72525B5E" w14:textId="5204C9D4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3.33 / 5</w:t>
      </w:r>
    </w:p>
    <w:p w14:paraId="5C882C3E" w14:textId="6F9F3508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3.24 / 5</w:t>
      </w:r>
    </w:p>
    <w:p w14:paraId="6F16338B" w14:textId="1CBFAC53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3.14 / 5</w:t>
      </w:r>
    </w:p>
    <w:p w14:paraId="41C4405A" w14:textId="0042AB9F" w:rsidR="00AB441B" w:rsidRPr="00D07997" w:rsidRDefault="004B4575" w:rsidP="00D07997">
      <w:pPr>
        <w:pStyle w:val="ListeMaddemi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3.76 / 5</w:t>
      </w:r>
    </w:p>
    <w:p w14:paraId="20E5830E" w14:textId="799B3171" w:rsidR="00AB441B" w:rsidRPr="00D07997" w:rsidRDefault="004B4575" w:rsidP="00D07997">
      <w:pPr>
        <w:pStyle w:val="ListeMaddemi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4.38 / 5</w:t>
      </w:r>
    </w:p>
    <w:p w14:paraId="1FE17912" w14:textId="6DB015DB" w:rsidR="00AB441B" w:rsidRPr="00D07997" w:rsidRDefault="004B4575" w:rsidP="00D07997">
      <w:pPr>
        <w:pStyle w:val="ListeMaddemi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4.24 / 5</w:t>
      </w:r>
    </w:p>
    <w:p w14:paraId="27EE57DF" w14:textId="01A2CF8B" w:rsidR="00AB441B" w:rsidRPr="00D07997" w:rsidRDefault="004B4575" w:rsidP="00D07997">
      <w:pPr>
        <w:pStyle w:val="ListeMaddemi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4.19 / 5</w:t>
      </w:r>
    </w:p>
    <w:p w14:paraId="7DADBF8E" w14:textId="7384AE0D" w:rsidR="00AB441B" w:rsidRPr="00D07997" w:rsidRDefault="004B4575" w:rsidP="00D07997">
      <w:pPr>
        <w:pStyle w:val="ListeMaddemi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4.0 / 5</w:t>
      </w:r>
    </w:p>
    <w:p w14:paraId="0D9A979C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4EFF2956" w14:textId="76BBC82C" w:rsidR="004F6EEA" w:rsidRPr="00D07997" w:rsidRDefault="004F6EEA" w:rsidP="00D07997">
      <w:pPr>
        <w:pStyle w:val="ListeMaddemi2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4FA277D" wp14:editId="7493D54E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5029200" cy="1771650"/>
            <wp:effectExtent l="0" t="0" r="0" b="0"/>
            <wp:wrapSquare wrapText="bothSides"/>
            <wp:docPr id="9" name="Picture 9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Hlk200716691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  <w:bookmarkEnd w:id="0"/>
    </w:p>
    <w:p w14:paraId="0A3B6CFE" w14:textId="77777777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23658" w14:textId="77777777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BA2EC" w14:textId="77777777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9CA4A6" w14:textId="77777777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6DDB4" w14:textId="77777777" w:rsidR="004F6EEA" w:rsidRPr="00D07997" w:rsidRDefault="004F6EEA" w:rsidP="00D07997">
      <w:pPr>
        <w:pStyle w:val="ListeMaddemi2"/>
        <w:numPr>
          <w:ilvl w:val="0"/>
          <w:numId w:val="0"/>
        </w:numPr>
        <w:spacing w:after="0" w:line="360" w:lineRule="auto"/>
        <w:ind w:left="72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2CC1346" w14:textId="276C09AC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392652B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FE89F3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15CBE" w14:textId="3F14C21F" w:rsidR="004F6EEA" w:rsidRPr="00D07997" w:rsidRDefault="004F6EEA" w:rsidP="00D07997">
      <w:pPr>
        <w:pStyle w:val="ListeMaddemi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39B37BE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27C27" w14:textId="63F2B8B2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1A470DC" wp14:editId="63DF007C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5029200" cy="2114550"/>
            <wp:effectExtent l="0" t="0" r="0" b="0"/>
            <wp:wrapSquare wrapText="bothSides"/>
            <wp:docPr id="15" name="Picture 15" descr="metin, diyagram, ekran görüntüsü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etin, diyagram, ekran görüntüsü, dikdörtgen içeren bir resim&#10;&#10;Yapay zeka tarafından oluşturulmuş içerik yanlış olabilir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F2D1D" w14:textId="64B6554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7E291BF" w14:textId="7342A7F1" w:rsidR="00AB441B" w:rsidRPr="00D07997" w:rsidRDefault="00747293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lastRenderedPageBreak/>
        <w:t xml:space="preserve">Pratik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olmak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tecrübe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edinmek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3ADE0DF" w14:textId="781EB920" w:rsidR="009C015E" w:rsidRPr="00D07997" w:rsidRDefault="009C015E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İletişim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yaşlılar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iletişimim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gelişti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daha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duyarlı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çalışmayı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9BF" w:rsidRPr="00D07997">
        <w:rPr>
          <w:rFonts w:ascii="Times New Roman" w:hAnsi="Times New Roman" w:cs="Times New Roman"/>
          <w:sz w:val="24"/>
          <w:szCs w:val="24"/>
        </w:rPr>
        <w:t>öğrenmek</w:t>
      </w:r>
      <w:proofErr w:type="spellEnd"/>
      <w:r w:rsidR="00C869BF" w:rsidRPr="00D07997">
        <w:rPr>
          <w:rFonts w:ascii="Times New Roman" w:hAnsi="Times New Roman" w:cs="Times New Roman"/>
          <w:sz w:val="24"/>
          <w:szCs w:val="24"/>
        </w:rPr>
        <w:t>,</w:t>
      </w:r>
    </w:p>
    <w:p w14:paraId="7534065E" w14:textId="01242D00" w:rsidR="00C869BF" w:rsidRPr="00D07997" w:rsidRDefault="00C869BF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Yoğun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bakımda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çalışmak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bakımlara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katılmak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266E06EF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İlk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ve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Acil Yardım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660CC3E8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Nicel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Veriler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Ortalama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Puanlar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12C48742" w14:textId="4CB88EB3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3.71 / 5</w:t>
      </w:r>
    </w:p>
    <w:p w14:paraId="188598A4" w14:textId="4C7E0914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3.62 / 5</w:t>
      </w:r>
    </w:p>
    <w:p w14:paraId="583D7EC1" w14:textId="1E10111C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3.71 / 5</w:t>
      </w:r>
    </w:p>
    <w:p w14:paraId="4A348E46" w14:textId="696D2D28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4.24 / 5</w:t>
      </w:r>
    </w:p>
    <w:p w14:paraId="5D42FD4D" w14:textId="1C6A4FB8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3.71 / 5</w:t>
      </w:r>
    </w:p>
    <w:p w14:paraId="6DFC660F" w14:textId="1C7A854B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3.71 / 5</w:t>
      </w:r>
    </w:p>
    <w:p w14:paraId="06E44DA8" w14:textId="358106CF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2.38 / 5</w:t>
      </w:r>
    </w:p>
    <w:p w14:paraId="7F83D169" w14:textId="31EEF92F" w:rsidR="00AB441B" w:rsidRPr="00D07997" w:rsidRDefault="004B4575" w:rsidP="00D07997">
      <w:pPr>
        <w:pStyle w:val="ListeMaddemi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3.43 / 5</w:t>
      </w:r>
    </w:p>
    <w:p w14:paraId="7F05AFDD" w14:textId="7BCAE6D2" w:rsidR="00AB441B" w:rsidRPr="00D07997" w:rsidRDefault="004B4575" w:rsidP="00D07997">
      <w:pPr>
        <w:pStyle w:val="ListeMaddemi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3.9 / 5</w:t>
      </w:r>
    </w:p>
    <w:p w14:paraId="1838A1E8" w14:textId="4586C7B9" w:rsidR="00AB441B" w:rsidRPr="00D07997" w:rsidRDefault="004B4575" w:rsidP="00D07997">
      <w:pPr>
        <w:pStyle w:val="ListeMaddemi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4.19 / 5</w:t>
      </w:r>
    </w:p>
    <w:p w14:paraId="4FA7F50E" w14:textId="65112A3D" w:rsidR="00AB441B" w:rsidRPr="00D07997" w:rsidRDefault="004B4575" w:rsidP="00D07997">
      <w:pPr>
        <w:pStyle w:val="ListeMaddemi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4.05 / 5</w:t>
      </w:r>
    </w:p>
    <w:p w14:paraId="797107A1" w14:textId="75E72A3A" w:rsidR="00AB441B" w:rsidRPr="00D07997" w:rsidRDefault="004B4575" w:rsidP="00D07997">
      <w:pPr>
        <w:pStyle w:val="ListeMaddemi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3.81 / 5</w:t>
      </w:r>
    </w:p>
    <w:p w14:paraId="003E9AC3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7DDB75E6" w14:textId="2CB46547" w:rsidR="004F6EEA" w:rsidRPr="00D07997" w:rsidRDefault="004F6EEA" w:rsidP="00D07997">
      <w:pPr>
        <w:pStyle w:val="ListeParagraf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E8E5CD3" wp14:editId="6AFBB93F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5029200" cy="2028825"/>
            <wp:effectExtent l="0" t="0" r="0" b="9525"/>
            <wp:wrapSquare wrapText="bothSides"/>
            <wp:docPr id="13" name="Picture 13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2A2F0BE0" w14:textId="7174E64F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FD3A31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D032740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AA44ED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6A3D20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60785164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9AE1DF9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394D6D9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541EF0C2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4F46FCFD" w14:textId="400327E9" w:rsidR="004F6EEA" w:rsidRPr="00D07997" w:rsidRDefault="004F6EEA" w:rsidP="00D07997">
      <w:pPr>
        <w:pStyle w:val="ListeMaddemi"/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lastRenderedPageBreak/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90BA132" wp14:editId="1FD89ADB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5029200" cy="1981200"/>
            <wp:effectExtent l="0" t="0" r="0" b="0"/>
            <wp:wrapSquare wrapText="bothSides"/>
            <wp:docPr id="19" name="Picture 19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BBC5C4" w14:textId="445B5BBE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C3644EB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F366B9" w14:textId="35FC03B2" w:rsidR="00227AF2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496A070" w14:textId="77777777" w:rsidR="00227AF2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Pratik</w:t>
      </w:r>
      <w:r w:rsidR="00227AF2" w:rsidRPr="00D07997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bölümü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yapmak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ekip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çalışmasına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uyum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FDCD5A" w14:textId="0A8CF749" w:rsidR="00AB441B" w:rsidRPr="00D07997" w:rsidRDefault="00227AF2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Soğukkanlı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olmak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pratik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deneyim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,</w:t>
      </w: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 Doğru ve hızlı müdahale</w:t>
      </w:r>
    </w:p>
    <w:p w14:paraId="53739168" w14:textId="1CCE8103" w:rsidR="00C64E10" w:rsidRPr="00D07997" w:rsidRDefault="00C64E10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Deneyim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sahadaki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heyecanım</w:t>
      </w:r>
      <w:proofErr w:type="spellEnd"/>
      <w:r w:rsidR="00227AF2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AF2" w:rsidRPr="00D07997">
        <w:rPr>
          <w:rFonts w:ascii="Times New Roman" w:hAnsi="Times New Roman" w:cs="Times New Roman"/>
          <w:sz w:val="24"/>
          <w:szCs w:val="24"/>
        </w:rPr>
        <w:t>kırıldı</w:t>
      </w:r>
      <w:proofErr w:type="spellEnd"/>
    </w:p>
    <w:p w14:paraId="38407D11" w14:textId="09DB7328" w:rsidR="00227AF2" w:rsidRPr="00D07997" w:rsidRDefault="00227AF2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Invaziv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pansuman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yapımı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sütur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ilaç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07997">
        <w:rPr>
          <w:rFonts w:ascii="Times New Roman" w:hAnsi="Times New Roman" w:cs="Times New Roman"/>
          <w:sz w:val="24"/>
          <w:szCs w:val="24"/>
        </w:rPr>
        <w:t>bilgisi,kan</w:t>
      </w:r>
      <w:proofErr w:type="spellEnd"/>
      <w:proofErr w:type="gram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basıncı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ölçümü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7CE769ED" w14:textId="5EE00986" w:rsidR="00227AF2" w:rsidRPr="00D07997" w:rsidRDefault="00227AF2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Sadece ve sadece damar yolu açmaktan başka </w:t>
      </w:r>
      <w:proofErr w:type="spellStart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bişey</w:t>
      </w:r>
      <w:proofErr w:type="spellEnd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 yapmadık iki dönem boyunca (</w:t>
      </w:r>
      <w:proofErr w:type="spellStart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Haçkalı</w:t>
      </w:r>
      <w:proofErr w:type="spellEnd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 baba)</w:t>
      </w:r>
    </w:p>
    <w:p w14:paraId="3F9DFA1C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Tıbbi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Laboratuvar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2A90CE47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Nicel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Veriler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Ortalama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Puanlar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104645EC" w14:textId="030AD1AF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3.25 / 5</w:t>
      </w:r>
    </w:p>
    <w:p w14:paraId="72F53730" w14:textId="0DCD1AAB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3.25 / 5</w:t>
      </w:r>
    </w:p>
    <w:p w14:paraId="44531F14" w14:textId="727374B6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3.58 / 5</w:t>
      </w:r>
    </w:p>
    <w:p w14:paraId="43DC18CF" w14:textId="52515108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3.5 / 5</w:t>
      </w:r>
    </w:p>
    <w:p w14:paraId="6DB08F2B" w14:textId="149E7926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3.58 / 5</w:t>
      </w:r>
    </w:p>
    <w:p w14:paraId="297159E3" w14:textId="5160C775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3.42 / 5</w:t>
      </w:r>
    </w:p>
    <w:p w14:paraId="7C921747" w14:textId="1E9A6718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3.33 / 5</w:t>
      </w:r>
    </w:p>
    <w:p w14:paraId="0B93F961" w14:textId="2471D7B7" w:rsidR="00AB441B" w:rsidRPr="00D07997" w:rsidRDefault="004B4575" w:rsidP="00D07997">
      <w:pPr>
        <w:pStyle w:val="ListeMaddemi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3.67 / 5</w:t>
      </w:r>
    </w:p>
    <w:p w14:paraId="46D2B802" w14:textId="110388E4" w:rsidR="00AB441B" w:rsidRPr="00D07997" w:rsidRDefault="004B4575" w:rsidP="00D07997">
      <w:pPr>
        <w:pStyle w:val="ListeMaddemi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4.08 / 5</w:t>
      </w:r>
    </w:p>
    <w:p w14:paraId="1CEA004B" w14:textId="1116D330" w:rsidR="00AB441B" w:rsidRPr="00D07997" w:rsidRDefault="004B4575" w:rsidP="00D07997">
      <w:pPr>
        <w:pStyle w:val="ListeMaddemi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4.33 / 5</w:t>
      </w:r>
    </w:p>
    <w:p w14:paraId="5819EF5F" w14:textId="24373B00" w:rsidR="00AB441B" w:rsidRPr="00D07997" w:rsidRDefault="004B4575" w:rsidP="00D07997">
      <w:pPr>
        <w:pStyle w:val="ListeMaddemi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4.0 / 5</w:t>
      </w:r>
    </w:p>
    <w:p w14:paraId="7600FD34" w14:textId="7A5FD94C" w:rsidR="00AB441B" w:rsidRPr="00D07997" w:rsidRDefault="004B4575" w:rsidP="00D07997">
      <w:pPr>
        <w:pStyle w:val="ListeMaddemi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3.83 / 5</w:t>
      </w:r>
    </w:p>
    <w:p w14:paraId="1F5A4AA2" w14:textId="65EDE70A" w:rsidR="004F6EEA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lastRenderedPageBreak/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37A4AF7D" w14:textId="5D4020C5" w:rsidR="004F6EEA" w:rsidRPr="00D07997" w:rsidRDefault="004F6EEA" w:rsidP="00D07997">
      <w:pPr>
        <w:pStyle w:val="ListeParagraf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EF82BF7" w14:textId="77777777" w:rsidR="004F6EEA" w:rsidRPr="00D07997" w:rsidRDefault="004F6EEA" w:rsidP="00D07997">
      <w:pPr>
        <w:pStyle w:val="ListeParagra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3ED0FAC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7F1B56" w14:textId="0A1E0B5B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DA65130" wp14:editId="7372E1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29200" cy="1790700"/>
            <wp:effectExtent l="0" t="0" r="0" b="0"/>
            <wp:wrapSquare wrapText="bothSides"/>
            <wp:docPr id="12" name="Picture 12" descr="metin, ekran görüntüsü, dikdörtgen, diyagram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etin, ekran görüntüsü, dikdörtgen, diyagram içeren bir resim&#10;&#10;Yapay zeka tarafından oluşturulmuş içerik yanlış olabilir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48BAFD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3A426A" w14:textId="77777777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12D9CA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3039E8D6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8A6140A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65B833F" w14:textId="77777777" w:rsidR="004F6EEA" w:rsidRPr="00D07997" w:rsidRDefault="004F6EEA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6136B32B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7C51F" w14:textId="1E709CA9" w:rsidR="004F6EEA" w:rsidRPr="00D07997" w:rsidRDefault="004F6EEA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30C550A3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4C4A96D" w14:textId="4FB860A0" w:rsidR="004F6EEA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2036A8" wp14:editId="14C93FF4">
            <wp:simplePos x="0" y="0"/>
            <wp:positionH relativeFrom="column">
              <wp:posOffset>457200</wp:posOffset>
            </wp:positionH>
            <wp:positionV relativeFrom="paragraph">
              <wp:posOffset>-1270</wp:posOffset>
            </wp:positionV>
            <wp:extent cx="5029200" cy="2617470"/>
            <wp:effectExtent l="0" t="0" r="0" b="0"/>
            <wp:wrapSquare wrapText="bothSides"/>
            <wp:docPr id="18" name="Picture 18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60B255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30A169B" w14:textId="77777777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Sabah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erken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uyanmak</w:t>
      </w:r>
      <w:proofErr w:type="spellEnd"/>
    </w:p>
    <w:p w14:paraId="55120C87" w14:textId="72EF413B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Daha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oldum</w:t>
      </w:r>
      <w:proofErr w:type="spellEnd"/>
      <w:r w:rsidR="00552896"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2896"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="00552896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896" w:rsidRPr="00D07997">
        <w:rPr>
          <w:rFonts w:ascii="Times New Roman" w:hAnsi="Times New Roman" w:cs="Times New Roman"/>
          <w:sz w:val="24"/>
          <w:szCs w:val="24"/>
        </w:rPr>
        <w:t>olarak</w:t>
      </w:r>
      <w:proofErr w:type="spellEnd"/>
      <w:r w:rsidR="00552896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896" w:rsidRPr="00D07997">
        <w:rPr>
          <w:rFonts w:ascii="Times New Roman" w:hAnsi="Times New Roman" w:cs="Times New Roman"/>
          <w:sz w:val="24"/>
          <w:szCs w:val="24"/>
        </w:rPr>
        <w:t>görev</w:t>
      </w:r>
      <w:proofErr w:type="spellEnd"/>
      <w:r w:rsidR="00552896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2896" w:rsidRPr="00D07997">
        <w:rPr>
          <w:rFonts w:ascii="Times New Roman" w:hAnsi="Times New Roman" w:cs="Times New Roman"/>
          <w:sz w:val="24"/>
          <w:szCs w:val="24"/>
        </w:rPr>
        <w:t>almak</w:t>
      </w:r>
      <w:proofErr w:type="spellEnd"/>
    </w:p>
    <w:p w14:paraId="6682FA11" w14:textId="01D55432" w:rsidR="00552896" w:rsidRPr="00D07997" w:rsidRDefault="005528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Kan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almayı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öğrenmek</w:t>
      </w:r>
      <w:proofErr w:type="spellEnd"/>
    </w:p>
    <w:p w14:paraId="20A322C4" w14:textId="1F927D5C" w:rsidR="00552896" w:rsidRPr="00D07997" w:rsidRDefault="00552896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 xml:space="preserve">Sorduğum sorulara her zamanda yardımcı oldular her daim yeni bilgiler edindik tabi ki her insan bir değil anlaşamadığımız kişilerde oldu ama yine de güzeldi acil </w:t>
      </w: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lastRenderedPageBreak/>
        <w:t xml:space="preserve">bölümünde çalışmam bana çok şey kattı sonuçları değerlendirmek kendi hayatımda da çoğu zaman yer ediniyor (Fatih Devlet </w:t>
      </w:r>
      <w:proofErr w:type="spellStart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hast</w:t>
      </w:r>
      <w:proofErr w:type="spellEnd"/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).</w:t>
      </w:r>
    </w:p>
    <w:p w14:paraId="13DB1C7C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Fizyoterapi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57E07B1D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Nicel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Veriler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Ortalama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Puanlar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59DFFEF8" w14:textId="5EECC1A3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3.35 / 5</w:t>
      </w:r>
    </w:p>
    <w:p w14:paraId="01455E78" w14:textId="54DCD838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4.0 / 5</w:t>
      </w:r>
    </w:p>
    <w:p w14:paraId="5D45C40F" w14:textId="09ADCA92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4.41 / 5</w:t>
      </w:r>
    </w:p>
    <w:p w14:paraId="587F6291" w14:textId="6B40FA55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4.06 / 5</w:t>
      </w:r>
    </w:p>
    <w:p w14:paraId="29F5484B" w14:textId="36D09108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3.94 / 5</w:t>
      </w:r>
    </w:p>
    <w:p w14:paraId="41E32323" w14:textId="6DBA7C4C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4.41 / 5</w:t>
      </w:r>
    </w:p>
    <w:p w14:paraId="41C7D0E7" w14:textId="7A58A703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4.35 / 5</w:t>
      </w:r>
    </w:p>
    <w:p w14:paraId="29A609EE" w14:textId="360C0664" w:rsidR="00AB441B" w:rsidRPr="00D07997" w:rsidRDefault="004B4575" w:rsidP="00D07997">
      <w:pPr>
        <w:pStyle w:val="ListeMaddemi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4.35 / 5</w:t>
      </w:r>
    </w:p>
    <w:p w14:paraId="61D7CB65" w14:textId="65175325" w:rsidR="00AB441B" w:rsidRPr="00D07997" w:rsidRDefault="004B4575" w:rsidP="00D07997">
      <w:pPr>
        <w:pStyle w:val="ListeMaddemi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3.94 / 5</w:t>
      </w:r>
    </w:p>
    <w:p w14:paraId="2EA2DD06" w14:textId="7F950A13" w:rsidR="00AB441B" w:rsidRPr="00D07997" w:rsidRDefault="004B4575" w:rsidP="00D07997">
      <w:pPr>
        <w:pStyle w:val="ListeMaddemi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3.82 / 5</w:t>
      </w:r>
    </w:p>
    <w:p w14:paraId="39060845" w14:textId="7505944E" w:rsidR="00AB441B" w:rsidRPr="00D07997" w:rsidRDefault="004B4575" w:rsidP="00D07997">
      <w:pPr>
        <w:pStyle w:val="ListeMaddemi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4.12 / 5</w:t>
      </w:r>
    </w:p>
    <w:p w14:paraId="377817C8" w14:textId="7DB0D35D" w:rsidR="00AB441B" w:rsidRPr="00D07997" w:rsidRDefault="004B4575" w:rsidP="00D07997">
      <w:pPr>
        <w:pStyle w:val="ListeMaddemi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3.88 / 5</w:t>
      </w:r>
    </w:p>
    <w:p w14:paraId="15352FE5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35D49E80" w14:textId="7E90FA8D" w:rsidR="00F73436" w:rsidRPr="00D07997" w:rsidRDefault="00F73436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0098C041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180F7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C9AEB" w14:textId="74F000BC" w:rsidR="00F73436" w:rsidRPr="00D07997" w:rsidRDefault="00F73436" w:rsidP="00D07997">
      <w:pPr>
        <w:pStyle w:val="ListeMaddemi"/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578A97E" wp14:editId="60212604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5029200" cy="1790700"/>
            <wp:effectExtent l="0" t="0" r="0" b="0"/>
            <wp:wrapSquare wrapText="bothSides"/>
            <wp:docPr id="10" name="Picture 10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5049AD3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FC25CD2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B689B66" w14:textId="4575B1F9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D134BD5" wp14:editId="5C65B8F7">
            <wp:extent cx="5029200" cy="1895475"/>
            <wp:effectExtent l="0" t="0" r="0" b="9525"/>
            <wp:docPr id="16" name="Picture 16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49E6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AB496" w14:textId="5EEB368E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C8EAE98" w14:textId="575F2C33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Hastalarla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bire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konuşma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135"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="00F97135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7135"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="00F97135" w:rsidRPr="00D07997">
        <w:rPr>
          <w:rFonts w:ascii="Times New Roman" w:hAnsi="Times New Roman" w:cs="Times New Roman"/>
          <w:sz w:val="24"/>
          <w:szCs w:val="24"/>
        </w:rPr>
        <w:t>,</w:t>
      </w:r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uygulamak</w:t>
      </w:r>
      <w:proofErr w:type="spellEnd"/>
    </w:p>
    <w:p w14:paraId="78CCC2D3" w14:textId="14345B3A" w:rsidR="00AB441B" w:rsidRPr="00D07997" w:rsidRDefault="00150D1D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Sahada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575" w:rsidRPr="00D07997">
        <w:rPr>
          <w:rFonts w:ascii="Times New Roman" w:hAnsi="Times New Roman" w:cs="Times New Roman"/>
          <w:sz w:val="24"/>
          <w:szCs w:val="24"/>
        </w:rPr>
        <w:t>kendimi</w:t>
      </w:r>
      <w:proofErr w:type="spellEnd"/>
      <w:r w:rsidR="004B4575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575" w:rsidRPr="00D07997">
        <w:rPr>
          <w:rFonts w:ascii="Times New Roman" w:hAnsi="Times New Roman" w:cs="Times New Roman"/>
          <w:sz w:val="24"/>
          <w:szCs w:val="24"/>
        </w:rPr>
        <w:t>geliştirdim</w:t>
      </w:r>
      <w:proofErr w:type="spellEnd"/>
      <w:r w:rsidR="004B4575"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575" w:rsidRPr="00D07997">
        <w:rPr>
          <w:rFonts w:ascii="Times New Roman" w:hAnsi="Times New Roman" w:cs="Times New Roman"/>
          <w:sz w:val="24"/>
          <w:szCs w:val="24"/>
        </w:rPr>
        <w:t>bilgilendim</w:t>
      </w:r>
      <w:proofErr w:type="spellEnd"/>
    </w:p>
    <w:p w14:paraId="625B0F0A" w14:textId="77777777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sahasını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gördüm</w:t>
      </w:r>
      <w:proofErr w:type="spellEnd"/>
    </w:p>
    <w:p w14:paraId="425C318A" w14:textId="7700DD7A" w:rsidR="00F97135" w:rsidRPr="00D07997" w:rsidRDefault="00F9713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Çalışma disiplini ve iletişim becerisi kazandırdı, iletişim becerilerim arttı.</w:t>
      </w:r>
    </w:p>
    <w:p w14:paraId="2B65478F" w14:textId="67770D64" w:rsidR="00F97135" w:rsidRPr="00D07997" w:rsidRDefault="00F9713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İlk defa ESWT yaptım. Hastalarla iletişimim daha da çoktu</w:t>
      </w:r>
    </w:p>
    <w:p w14:paraId="521D590B" w14:textId="4AEDE0C0" w:rsidR="00F97135" w:rsidRPr="00D07997" w:rsidRDefault="00F9713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07997">
        <w:rPr>
          <w:rFonts w:ascii="Times New Roman" w:eastAsia="Times New Roman" w:hAnsi="Times New Roman" w:cs="Times New Roman"/>
          <w:color w:val="000000"/>
          <w:sz w:val="24"/>
          <w:szCs w:val="24"/>
          <w:lang w:val="tr-TR" w:eastAsia="tr-TR"/>
        </w:rPr>
        <w:t>Yaz stajından sonra işletmede mesleki eğitim süreci daha profesyonel geçti.</w:t>
      </w:r>
    </w:p>
    <w:p w14:paraId="6A8ADD54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</w:pP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Tıbbi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Görüntüleme</w:t>
      </w:r>
      <w:proofErr w:type="spellEnd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 xml:space="preserve"> </w:t>
      </w:r>
      <w:proofErr w:type="spellStart"/>
      <w:r w:rsidRPr="00D07997">
        <w:rPr>
          <w:rFonts w:ascii="Times New Roman" w:hAnsi="Times New Roman" w:cs="Times New Roman"/>
          <w:i/>
          <w:iCs/>
          <w:color w:val="auto"/>
          <w:sz w:val="24"/>
          <w:szCs w:val="24"/>
          <w:u w:val="single"/>
        </w:rPr>
        <w:t>Programı</w:t>
      </w:r>
      <w:proofErr w:type="spellEnd"/>
    </w:p>
    <w:p w14:paraId="6C59D1DB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Nicel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Veriler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Ortalama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Puanlar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14:paraId="4CD49F71" w14:textId="72D72ACF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donanıma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sahipti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3.27 / 5</w:t>
      </w:r>
    </w:p>
    <w:p w14:paraId="13F586A6" w14:textId="5A351558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çalışanları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bana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ilgili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destekleyiciydi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4.45 / 5</w:t>
      </w:r>
    </w:p>
    <w:p w14:paraId="4D3B448D" w14:textId="7BAE72FB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Gerçek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ortamında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4.36 / 5</w:t>
      </w:r>
    </w:p>
    <w:p w14:paraId="75C1C28A" w14:textId="6E7E128C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İş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güvenliği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hijyen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koşulları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3.45 / 5</w:t>
      </w:r>
    </w:p>
    <w:p w14:paraId="255128DD" w14:textId="759A7F5D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becerilerimi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geliştirme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fırsatı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buldum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3.64 / 5</w:t>
      </w:r>
    </w:p>
    <w:p w14:paraId="35995C29" w14:textId="019E27EF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Teorik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bilgilerimi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uygulama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şansı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elde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4.0 / 5</w:t>
      </w:r>
    </w:p>
    <w:p w14:paraId="57715B5F" w14:textId="43151263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2.45 / 5</w:t>
      </w:r>
    </w:p>
    <w:p w14:paraId="32CB3A7B" w14:textId="1A6F46B2" w:rsidR="00AB441B" w:rsidRPr="00D07997" w:rsidRDefault="004B4575" w:rsidP="00D07997">
      <w:pPr>
        <w:pStyle w:val="ListeMaddemi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Kurumun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olumluydu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3.91 / 5</w:t>
      </w:r>
    </w:p>
    <w:p w14:paraId="398F5AE6" w14:textId="082C2148" w:rsidR="00AB441B" w:rsidRPr="00D07997" w:rsidRDefault="004B4575" w:rsidP="00D07997">
      <w:pPr>
        <w:pStyle w:val="ListeMaddemi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dosyası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belgeleri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hakkında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4.36 / 5</w:t>
      </w:r>
    </w:p>
    <w:p w14:paraId="4B9EF7B4" w14:textId="47366642" w:rsidR="00AB441B" w:rsidRPr="00D07997" w:rsidRDefault="004B4575" w:rsidP="00D07997">
      <w:pPr>
        <w:pStyle w:val="ListeMaddemi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takip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etti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yönlendirmelerde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bulundu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4.64 / 5</w:t>
      </w:r>
    </w:p>
    <w:p w14:paraId="2C919F8A" w14:textId="04C13271" w:rsidR="00AB441B" w:rsidRPr="00D07997" w:rsidRDefault="004B4575" w:rsidP="00D07997">
      <w:pPr>
        <w:pStyle w:val="ListeMaddemi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öncesi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hazırlıklar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yeterliydi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eğitim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bilgilendirme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vb.): 4.0 / 5</w:t>
      </w:r>
    </w:p>
    <w:p w14:paraId="69A2413B" w14:textId="7F2A9215" w:rsidR="00AB441B" w:rsidRPr="00D07997" w:rsidRDefault="004B4575" w:rsidP="00D07997">
      <w:pPr>
        <w:pStyle w:val="ListeMaddemi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Karşılaştığım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sorunlarda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okuldan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destek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alabildim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: 3.64 / 5</w:t>
      </w:r>
    </w:p>
    <w:p w14:paraId="10AD54F2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lastRenderedPageBreak/>
        <w:t>Öğrenci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Geri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Bildirimleri</w:t>
      </w:r>
      <w:proofErr w:type="spellEnd"/>
    </w:p>
    <w:p w14:paraId="61C6886A" w14:textId="77777777" w:rsidR="00F73436" w:rsidRPr="00D07997" w:rsidRDefault="00F73436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11EE027B" w14:textId="5268B7D0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6608F64" wp14:editId="76CA01CD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029200" cy="1781175"/>
            <wp:effectExtent l="0" t="0" r="0" b="9525"/>
            <wp:wrapSquare wrapText="bothSides"/>
            <wp:docPr id="11" name="Picture 11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1D2D3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EAAEA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CA1E33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6CD53AD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35E36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24D5F23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97887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78E92" w14:textId="7CC8083B" w:rsidR="00F73436" w:rsidRPr="00D07997" w:rsidRDefault="00F73436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889C860" wp14:editId="227336F3">
            <wp:simplePos x="0" y="0"/>
            <wp:positionH relativeFrom="column">
              <wp:posOffset>228600</wp:posOffset>
            </wp:positionH>
            <wp:positionV relativeFrom="paragraph">
              <wp:posOffset>210185</wp:posOffset>
            </wp:positionV>
            <wp:extent cx="5029200" cy="2238375"/>
            <wp:effectExtent l="0" t="0" r="0" b="9525"/>
            <wp:wrapSquare wrapText="bothSides"/>
            <wp:docPr id="17" name="Picture 17" descr="metin, ekran görüntüsü, diyagram, dikdörtgen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etin, ekran görüntüsü, diyagram, dikdörtgen içeren bir resim&#10;&#10;Yapay zeka tarafından oluşturulmuş içerik yanlış olabilir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A3E0D5" w14:textId="77777777" w:rsidR="00F73436" w:rsidRPr="00D07997" w:rsidRDefault="00F73436" w:rsidP="00D07997">
      <w:pPr>
        <w:pStyle w:val="ListeMaddemi"/>
        <w:numPr>
          <w:ilvl w:val="0"/>
          <w:numId w:val="0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23C79F" w14:textId="3829335A" w:rsidR="004C4461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Geliştirici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Yönler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736A497" w14:textId="77777777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İletişim</w:t>
      </w:r>
      <w:proofErr w:type="spellEnd"/>
    </w:p>
    <w:p w14:paraId="16550B67" w14:textId="77777777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Bize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gereken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imkanların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verilmesi</w:t>
      </w:r>
      <w:proofErr w:type="spellEnd"/>
    </w:p>
    <w:p w14:paraId="57A31A06" w14:textId="77777777" w:rsidR="00AB441B" w:rsidRPr="00D07997" w:rsidRDefault="004B4575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Yazılımı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farklı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cihazla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çalışmayı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öğrendim</w:t>
      </w:r>
      <w:proofErr w:type="spellEnd"/>
    </w:p>
    <w:p w14:paraId="50A2BE41" w14:textId="2544F34A" w:rsidR="004C4461" w:rsidRPr="00D07997" w:rsidRDefault="004C4461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Pratiklik</w:t>
      </w:r>
      <w:proofErr w:type="spellEnd"/>
    </w:p>
    <w:p w14:paraId="0FB8255B" w14:textId="51357ACB" w:rsidR="004C4461" w:rsidRPr="00D07997" w:rsidRDefault="004C4461" w:rsidP="00D07997">
      <w:pPr>
        <w:pStyle w:val="ListeMaddemi2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  <w:lang w:val="tr-TR"/>
        </w:rPr>
        <w:t>Birlikte çalıştığım teknikerlerin, bana desteği sorduğum her soruya donanımlı bir şekilde bana cevap vermeleri (</w:t>
      </w:r>
      <w:proofErr w:type="spellStart"/>
      <w:r w:rsidRPr="00D07997">
        <w:rPr>
          <w:rFonts w:ascii="Times New Roman" w:hAnsi="Times New Roman" w:cs="Times New Roman"/>
          <w:sz w:val="24"/>
          <w:szCs w:val="24"/>
          <w:lang w:val="tr-TR"/>
        </w:rPr>
        <w:t>Haçkalı</w:t>
      </w:r>
      <w:proofErr w:type="spellEnd"/>
      <w:r w:rsidRPr="00D07997">
        <w:rPr>
          <w:rFonts w:ascii="Times New Roman" w:hAnsi="Times New Roman" w:cs="Times New Roman"/>
          <w:sz w:val="24"/>
          <w:szCs w:val="24"/>
          <w:lang w:val="tr-TR"/>
        </w:rPr>
        <w:t xml:space="preserve"> Baba)</w:t>
      </w:r>
    </w:p>
    <w:p w14:paraId="7D55FB92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tr-TR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  <w:lang w:val="tr-TR"/>
        </w:rPr>
        <w:t>2. Sonuç ve Öneriler</w:t>
      </w:r>
    </w:p>
    <w:p w14:paraId="09B7BDCA" w14:textId="20F0BC6B" w:rsidR="004D4B63" w:rsidRPr="00D07997" w:rsidRDefault="004B4575" w:rsidP="00D07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tr-TR"/>
        </w:rPr>
      </w:pPr>
      <w:r w:rsidRPr="00D07997">
        <w:rPr>
          <w:rFonts w:ascii="Times New Roman" w:hAnsi="Times New Roman" w:cs="Times New Roman"/>
          <w:sz w:val="24"/>
          <w:szCs w:val="24"/>
          <w:lang w:val="tr-TR"/>
        </w:rPr>
        <w:t xml:space="preserve">2024–2025 Bahar döneminde gerçekleştirilen dönem içi staj uygulamaları, genel anlamda öğrencilerin mesleki becerilerini geliştirme açısından önemli katkılar sağlamıştır. Ancak 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lastRenderedPageBreak/>
        <w:t>öğrenciler tarafından yapılan geri bildirimler doğrultusunda, teorik bilginin uygulamaya aktarılmasında zorluklar yaşandığı gözlemlenmiştir.</w:t>
      </w:r>
    </w:p>
    <w:p w14:paraId="4BCDCE23" w14:textId="70CA56D2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  <w:lang w:val="tr-TR"/>
        </w:rPr>
      </w:pPr>
      <w:r w:rsidRPr="00D07997">
        <w:rPr>
          <w:rFonts w:ascii="Times New Roman" w:hAnsi="Times New Roman" w:cs="Times New Roman"/>
          <w:sz w:val="24"/>
          <w:szCs w:val="24"/>
          <w:lang w:val="tr-TR"/>
        </w:rPr>
        <w:t>GÜÇLÜ YÖNLER: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Kurum çalışanlarının öğrencilere yaklaşımı genellikle olumludur.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Staj yapılan kurumlarda iş güvenliği ve hijyen koşulları yeterli bulunmuştur.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Staj danışmanlarının süreci yakından takip ettiği görülmektedir.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ÖNERİLER: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Kurum seçimi kalite kriterlerine göre yapılmalı, denetim mekanizmaları geliştirilmelidir.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Öğrencilerin aktif görev alabileceği kurumlar tercih edilmelidir.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Staj öncesi bilgilendirme oturumları artırılmalı, içerik standardize edilmelidir.</w:t>
      </w:r>
      <w:r w:rsidRPr="00D07997">
        <w:rPr>
          <w:rFonts w:ascii="Times New Roman" w:hAnsi="Times New Roman" w:cs="Times New Roman"/>
          <w:sz w:val="24"/>
          <w:szCs w:val="24"/>
          <w:lang w:val="tr-TR"/>
        </w:rPr>
        <w:br/>
        <w:t>- Danışman öğretim elemanlarının sahaya yönelik etkileşimleri teşvik edilmelidir.</w:t>
      </w:r>
    </w:p>
    <w:p w14:paraId="3169DF32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tr-TR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  <w:lang w:val="tr-TR"/>
        </w:rPr>
        <w:t>3. Görsel Analizler</w:t>
      </w:r>
    </w:p>
    <w:p w14:paraId="45A449C5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  <w:lang w:val="tr-TR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  <w:lang w:val="tr-TR"/>
        </w:rPr>
        <w:t>3.1 Program Bazlı Genel Staj Memnuniyeti</w:t>
      </w:r>
    </w:p>
    <w:p w14:paraId="4AAEE4C8" w14:textId="77777777" w:rsidR="00AB441B" w:rsidRPr="00D07997" w:rsidRDefault="004B4575" w:rsidP="00D07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  <w:lang w:val="tr-TR"/>
        </w:rPr>
        <w:t xml:space="preserve">Aşağıdaki grafik, her programdaki öğrencilerin kurum donanımı, çalışan ilgisi, aktif görev alma, hijyen koşulları ve danışman takibi gibi kritik alanlardaki değerlendirmelerinin ortalamasını göstermektedir. </w:t>
      </w:r>
      <w:r w:rsidRPr="00D07997">
        <w:rPr>
          <w:rFonts w:ascii="Times New Roman" w:hAnsi="Times New Roman" w:cs="Times New Roman"/>
          <w:sz w:val="24"/>
          <w:szCs w:val="24"/>
        </w:rPr>
        <w:t xml:space="preserve">Bu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genel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memnuniyet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düzeyinin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karşılaştırmalı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özetini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sunar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328B9ACF" w14:textId="77777777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380DC1" wp14:editId="687468FF">
            <wp:extent cx="5943600" cy="35661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j_Memnuniyet_Grafiği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BBFC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3.2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Danışman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Takibine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Yönelik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Değerlendirme</w:t>
      </w:r>
      <w:proofErr w:type="spellEnd"/>
    </w:p>
    <w:p w14:paraId="203E82A6" w14:textId="77777777" w:rsidR="00AB441B" w:rsidRPr="00D07997" w:rsidRDefault="004B4575" w:rsidP="00D07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sürecinin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yönden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etkinliğini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belirleyen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önemli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faktör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olan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danışman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takibi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gözünden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aşağıdaki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gibi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değerlendirilmiştir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1926D474" w14:textId="77777777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ECEE34" wp14:editId="207B2C7D">
            <wp:extent cx="5943600" cy="3566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isman_Takibi_Ortalamalari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17D2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3.3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Öğrencinin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Rol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Alması</w:t>
      </w:r>
      <w:proofErr w:type="spellEnd"/>
    </w:p>
    <w:p w14:paraId="01EB972E" w14:textId="77777777" w:rsidR="00AB441B" w:rsidRPr="00D07997" w:rsidRDefault="004B4575" w:rsidP="00D0799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Stajın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etkinliği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öğrencinin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içinde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kadar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görev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aldığı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önemlidir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Aşağıdaki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grafik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bu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açıdan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bölümler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arası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farklılıkları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göstermektedir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.</w:t>
      </w:r>
    </w:p>
    <w:p w14:paraId="4613628E" w14:textId="77777777" w:rsidR="00AB441B" w:rsidRPr="00D07997" w:rsidRDefault="004B4575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668AF5" wp14:editId="68EDA0C8">
            <wp:extent cx="5943600" cy="3566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f_Gorev_Grafiği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E41F" w14:textId="77777777" w:rsidR="00AB441B" w:rsidRPr="00D07997" w:rsidRDefault="004B4575" w:rsidP="00D07997">
      <w:pPr>
        <w:pStyle w:val="Balk1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4.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Katılım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Kurumsal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Dağılım</w:t>
      </w:r>
      <w:proofErr w:type="spellEnd"/>
    </w:p>
    <w:p w14:paraId="727A7A5C" w14:textId="77777777" w:rsidR="00AB441B" w:rsidRPr="00D07997" w:rsidRDefault="004B4575" w:rsidP="00D07997">
      <w:pPr>
        <w:pStyle w:val="Balk2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4.1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Programlara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Göre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Katılımcı</w:t>
      </w:r>
      <w:proofErr w:type="spellEnd"/>
      <w:r w:rsidRPr="00D0799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color w:val="auto"/>
          <w:sz w:val="24"/>
          <w:szCs w:val="24"/>
        </w:rPr>
        <w:t>Sayıları</w:t>
      </w:r>
      <w:proofErr w:type="spellEnd"/>
    </w:p>
    <w:p w14:paraId="5FB51A6C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Evde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07997">
        <w:rPr>
          <w:rFonts w:ascii="Times New Roman" w:hAnsi="Times New Roman" w:cs="Times New Roman"/>
          <w:sz w:val="24"/>
          <w:szCs w:val="24"/>
        </w:rPr>
        <w:t xml:space="preserve">Hasta 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Bakımı</w:t>
      </w:r>
      <w:proofErr w:type="spellEnd"/>
      <w:proofErr w:type="gramEnd"/>
      <w:r w:rsidRPr="00D07997">
        <w:rPr>
          <w:rFonts w:ascii="Times New Roman" w:hAnsi="Times New Roman" w:cs="Times New Roman"/>
          <w:sz w:val="24"/>
          <w:szCs w:val="24"/>
        </w:rPr>
        <w:t xml:space="preserve">: 28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41C39CF1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Yaşlı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Bakım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: 21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08689F1F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İlk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Acil Yardım: 21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30AD2C5F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Fizyoterapi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: 17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7E8C169E" w14:textId="77777777" w:rsidR="00AB441B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Tıbbi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Laboratuvar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: 12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2FDA30D5" w14:textId="52DF5DD6" w:rsidR="004B4575" w:rsidRPr="00D07997" w:rsidRDefault="004B4575" w:rsidP="00D07997">
      <w:pPr>
        <w:pStyle w:val="ListeMaddemi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Tıbbi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Görüntüleme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: 11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</w:t>
      </w:r>
      <w:proofErr w:type="spellEnd"/>
    </w:p>
    <w:p w14:paraId="288B8862" w14:textId="2E73D1D4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7997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D0799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içi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Stajın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Sağlaması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ve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b/>
          <w:bCs/>
          <w:sz w:val="24"/>
          <w:szCs w:val="24"/>
        </w:rPr>
        <w:t>Önerilmesi</w:t>
      </w:r>
      <w:proofErr w:type="spellEnd"/>
      <w:r w:rsidRPr="00D079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29F542" w14:textId="6AAFC804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1. Bu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sana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mesleki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gelişim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açısından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katkı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sağladı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?</w:t>
      </w:r>
      <w:r w:rsidRPr="00D07997">
        <w:rPr>
          <w:rFonts w:ascii="Times New Roman" w:hAnsi="Times New Roman" w:cs="Times New Roman"/>
          <w:sz w:val="24"/>
          <w:szCs w:val="24"/>
        </w:rPr>
        <w:br/>
        <w:t xml:space="preserve">2.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Gelecek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dönem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öğrencileri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için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aynı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kurumda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staj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yapılmasını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önerir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misin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>?</w:t>
      </w:r>
    </w:p>
    <w:p w14:paraId="3EB2B646" w14:textId="77777777" w:rsidR="00F73436" w:rsidRPr="00D07997" w:rsidRDefault="00F73436" w:rsidP="00D07997">
      <w:pPr>
        <w:pStyle w:val="Balk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7997">
        <w:rPr>
          <w:rFonts w:ascii="Times New Roman" w:hAnsi="Times New Roman" w:cs="Times New Roman"/>
          <w:sz w:val="24"/>
          <w:szCs w:val="24"/>
        </w:rPr>
        <w:t>Yüzdelik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Dağılımlar</w:t>
      </w:r>
      <w:proofErr w:type="spellEnd"/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1234"/>
        <w:gridCol w:w="1231"/>
        <w:gridCol w:w="1231"/>
        <w:gridCol w:w="1231"/>
        <w:gridCol w:w="1231"/>
        <w:gridCol w:w="1231"/>
        <w:gridCol w:w="1231"/>
      </w:tblGrid>
      <w:tr w:rsidR="00F73436" w:rsidRPr="00D07997" w14:paraId="79BFC8E9" w14:textId="77777777" w:rsidTr="00507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69077857" w14:textId="77777777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Program</w:t>
            </w:r>
          </w:p>
        </w:tc>
        <w:tc>
          <w:tcPr>
            <w:tcW w:w="1234" w:type="dxa"/>
          </w:tcPr>
          <w:p w14:paraId="5EA0846F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Katkı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Sağladı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? - Evet (%)</w:t>
            </w:r>
          </w:p>
        </w:tc>
        <w:tc>
          <w:tcPr>
            <w:tcW w:w="1234" w:type="dxa"/>
          </w:tcPr>
          <w:p w14:paraId="4F058691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Katkı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Sağladı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? -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Kısmen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1234" w:type="dxa"/>
          </w:tcPr>
          <w:p w14:paraId="22084643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Katkı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Sağladı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? -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Hayır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1234" w:type="dxa"/>
          </w:tcPr>
          <w:p w14:paraId="327C4D29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Önerir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misin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? - Evet (%)</w:t>
            </w:r>
          </w:p>
        </w:tc>
        <w:tc>
          <w:tcPr>
            <w:tcW w:w="1234" w:type="dxa"/>
          </w:tcPr>
          <w:p w14:paraId="65A8E90C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Önerir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misin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? -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Kısmen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  <w:tc>
          <w:tcPr>
            <w:tcW w:w="1234" w:type="dxa"/>
          </w:tcPr>
          <w:p w14:paraId="1C015252" w14:textId="77777777" w:rsidR="00F73436" w:rsidRPr="00D07997" w:rsidRDefault="00F73436" w:rsidP="00D0799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Önerir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misin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? -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Hayır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(%)</w:t>
            </w:r>
          </w:p>
        </w:tc>
      </w:tr>
      <w:tr w:rsidR="00F73436" w:rsidRPr="00D07997" w14:paraId="77A9E47A" w14:textId="77777777" w:rsidTr="00507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4D8B8A87" w14:textId="48613C69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Evde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D07997">
              <w:rPr>
                <w:rFonts w:ascii="Times New Roman" w:hAnsi="Times New Roman" w:cs="Times New Roman"/>
                <w:sz w:val="16"/>
                <w:szCs w:val="16"/>
              </w:rPr>
              <w:t xml:space="preserve">Hasta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Bakım</w:t>
            </w:r>
            <w:r w:rsidR="00D07997">
              <w:rPr>
                <w:rFonts w:ascii="Times New Roman" w:hAnsi="Times New Roman" w:cs="Times New Roman"/>
                <w:sz w:val="16"/>
                <w:szCs w:val="16"/>
              </w:rPr>
              <w:t>ı</w:t>
            </w:r>
            <w:proofErr w:type="spellEnd"/>
          </w:p>
        </w:tc>
        <w:tc>
          <w:tcPr>
            <w:tcW w:w="1234" w:type="dxa"/>
          </w:tcPr>
          <w:p w14:paraId="7D4E4EDB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33.3</w:t>
            </w:r>
          </w:p>
        </w:tc>
        <w:tc>
          <w:tcPr>
            <w:tcW w:w="1234" w:type="dxa"/>
          </w:tcPr>
          <w:p w14:paraId="40342464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44.4</w:t>
            </w:r>
          </w:p>
        </w:tc>
        <w:tc>
          <w:tcPr>
            <w:tcW w:w="1234" w:type="dxa"/>
          </w:tcPr>
          <w:p w14:paraId="2B64DB7C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22.2</w:t>
            </w:r>
          </w:p>
        </w:tc>
        <w:tc>
          <w:tcPr>
            <w:tcW w:w="1234" w:type="dxa"/>
          </w:tcPr>
          <w:p w14:paraId="5744DEA4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22.2</w:t>
            </w:r>
          </w:p>
        </w:tc>
        <w:tc>
          <w:tcPr>
            <w:tcW w:w="1234" w:type="dxa"/>
          </w:tcPr>
          <w:p w14:paraId="081E1512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25.9</w:t>
            </w:r>
          </w:p>
        </w:tc>
        <w:tc>
          <w:tcPr>
            <w:tcW w:w="1234" w:type="dxa"/>
          </w:tcPr>
          <w:p w14:paraId="051AFEB4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51.9</w:t>
            </w:r>
          </w:p>
        </w:tc>
      </w:tr>
      <w:tr w:rsidR="00F73436" w:rsidRPr="00D07997" w14:paraId="1682F92C" w14:textId="77777777" w:rsidTr="00507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4BAF1927" w14:textId="55576043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Yaşlı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Bakım</w:t>
            </w:r>
            <w:r w:rsidR="00D07997">
              <w:rPr>
                <w:rFonts w:ascii="Times New Roman" w:hAnsi="Times New Roman" w:cs="Times New Roman"/>
                <w:sz w:val="16"/>
                <w:szCs w:val="16"/>
              </w:rPr>
              <w:t>ı</w:t>
            </w:r>
            <w:proofErr w:type="spellEnd"/>
          </w:p>
        </w:tc>
        <w:tc>
          <w:tcPr>
            <w:tcW w:w="1234" w:type="dxa"/>
          </w:tcPr>
          <w:p w14:paraId="1764B853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52.4</w:t>
            </w:r>
          </w:p>
        </w:tc>
        <w:tc>
          <w:tcPr>
            <w:tcW w:w="1234" w:type="dxa"/>
          </w:tcPr>
          <w:p w14:paraId="0E0002C0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42.9</w:t>
            </w:r>
          </w:p>
        </w:tc>
        <w:tc>
          <w:tcPr>
            <w:tcW w:w="1234" w:type="dxa"/>
          </w:tcPr>
          <w:p w14:paraId="317634E0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4.8</w:t>
            </w:r>
          </w:p>
        </w:tc>
        <w:tc>
          <w:tcPr>
            <w:tcW w:w="1234" w:type="dxa"/>
          </w:tcPr>
          <w:p w14:paraId="1ED746E6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38.1</w:t>
            </w:r>
          </w:p>
        </w:tc>
        <w:tc>
          <w:tcPr>
            <w:tcW w:w="1234" w:type="dxa"/>
          </w:tcPr>
          <w:p w14:paraId="43C7B102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1234" w:type="dxa"/>
          </w:tcPr>
          <w:p w14:paraId="5EDE7031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52.4</w:t>
            </w:r>
          </w:p>
        </w:tc>
      </w:tr>
      <w:tr w:rsidR="00F73436" w:rsidRPr="00D07997" w14:paraId="41F497D2" w14:textId="77777777" w:rsidTr="00507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399DB9A4" w14:textId="77777777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Fizyoterapi</w:t>
            </w:r>
            <w:proofErr w:type="spellEnd"/>
          </w:p>
        </w:tc>
        <w:tc>
          <w:tcPr>
            <w:tcW w:w="1234" w:type="dxa"/>
          </w:tcPr>
          <w:p w14:paraId="72E7AC4E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76.5</w:t>
            </w:r>
          </w:p>
        </w:tc>
        <w:tc>
          <w:tcPr>
            <w:tcW w:w="1234" w:type="dxa"/>
          </w:tcPr>
          <w:p w14:paraId="3CCA2379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23.5</w:t>
            </w:r>
          </w:p>
        </w:tc>
        <w:tc>
          <w:tcPr>
            <w:tcW w:w="1234" w:type="dxa"/>
          </w:tcPr>
          <w:p w14:paraId="31BFAB9B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0.0</w:t>
            </w:r>
          </w:p>
        </w:tc>
        <w:tc>
          <w:tcPr>
            <w:tcW w:w="1234" w:type="dxa"/>
          </w:tcPr>
          <w:p w14:paraId="21271A33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58.8</w:t>
            </w:r>
          </w:p>
        </w:tc>
        <w:tc>
          <w:tcPr>
            <w:tcW w:w="1234" w:type="dxa"/>
          </w:tcPr>
          <w:p w14:paraId="7424D58A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29.4</w:t>
            </w:r>
          </w:p>
        </w:tc>
        <w:tc>
          <w:tcPr>
            <w:tcW w:w="1234" w:type="dxa"/>
          </w:tcPr>
          <w:p w14:paraId="4421061E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11.8</w:t>
            </w:r>
          </w:p>
        </w:tc>
      </w:tr>
      <w:tr w:rsidR="00F73436" w:rsidRPr="00D07997" w14:paraId="66659FA0" w14:textId="77777777" w:rsidTr="00507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5F7134D8" w14:textId="3DE8E505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Tıbbi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Görüntüleme</w:t>
            </w:r>
            <w:proofErr w:type="spellEnd"/>
            <w:r w:rsid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D07997">
              <w:rPr>
                <w:rFonts w:ascii="Times New Roman" w:hAnsi="Times New Roman" w:cs="Times New Roman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1234" w:type="dxa"/>
          </w:tcPr>
          <w:p w14:paraId="15052F58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63.6</w:t>
            </w:r>
          </w:p>
        </w:tc>
        <w:tc>
          <w:tcPr>
            <w:tcW w:w="1234" w:type="dxa"/>
          </w:tcPr>
          <w:p w14:paraId="02F5F387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1234" w:type="dxa"/>
          </w:tcPr>
          <w:p w14:paraId="308C2A22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1234" w:type="dxa"/>
          </w:tcPr>
          <w:p w14:paraId="0C3914A7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54.5</w:t>
            </w:r>
          </w:p>
        </w:tc>
        <w:tc>
          <w:tcPr>
            <w:tcW w:w="1234" w:type="dxa"/>
          </w:tcPr>
          <w:p w14:paraId="04D9FAED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18.2</w:t>
            </w:r>
          </w:p>
        </w:tc>
        <w:tc>
          <w:tcPr>
            <w:tcW w:w="1234" w:type="dxa"/>
          </w:tcPr>
          <w:p w14:paraId="397C08AD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27.3</w:t>
            </w:r>
          </w:p>
        </w:tc>
      </w:tr>
      <w:tr w:rsidR="00F73436" w:rsidRPr="00D07997" w14:paraId="138EDB53" w14:textId="77777777" w:rsidTr="00507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63A9A19A" w14:textId="13F37027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Tıbbi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Laboratuvar</w:t>
            </w:r>
            <w:proofErr w:type="spellEnd"/>
            <w:r w:rsidR="00D0799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D07997">
              <w:rPr>
                <w:rFonts w:ascii="Times New Roman" w:hAnsi="Times New Roman" w:cs="Times New Roman"/>
                <w:sz w:val="16"/>
                <w:szCs w:val="16"/>
              </w:rPr>
              <w:t>Teknikleri</w:t>
            </w:r>
            <w:proofErr w:type="spellEnd"/>
          </w:p>
        </w:tc>
        <w:tc>
          <w:tcPr>
            <w:tcW w:w="1234" w:type="dxa"/>
          </w:tcPr>
          <w:p w14:paraId="7DA98109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41.7</w:t>
            </w:r>
          </w:p>
        </w:tc>
        <w:tc>
          <w:tcPr>
            <w:tcW w:w="1234" w:type="dxa"/>
          </w:tcPr>
          <w:p w14:paraId="6AC82C48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58.3</w:t>
            </w:r>
          </w:p>
        </w:tc>
        <w:tc>
          <w:tcPr>
            <w:tcW w:w="1234" w:type="dxa"/>
          </w:tcPr>
          <w:p w14:paraId="1C57A34B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0.0</w:t>
            </w:r>
          </w:p>
        </w:tc>
        <w:tc>
          <w:tcPr>
            <w:tcW w:w="1234" w:type="dxa"/>
          </w:tcPr>
          <w:p w14:paraId="692045B1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33.3</w:t>
            </w:r>
          </w:p>
        </w:tc>
        <w:tc>
          <w:tcPr>
            <w:tcW w:w="1234" w:type="dxa"/>
          </w:tcPr>
          <w:p w14:paraId="161E8227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25.0</w:t>
            </w:r>
          </w:p>
        </w:tc>
        <w:tc>
          <w:tcPr>
            <w:tcW w:w="1234" w:type="dxa"/>
          </w:tcPr>
          <w:p w14:paraId="2B73C665" w14:textId="77777777" w:rsidR="00F73436" w:rsidRPr="00D07997" w:rsidRDefault="00F73436" w:rsidP="00D0799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41.7</w:t>
            </w:r>
          </w:p>
        </w:tc>
      </w:tr>
      <w:tr w:rsidR="00F73436" w:rsidRPr="00D07997" w14:paraId="00728ABE" w14:textId="77777777" w:rsidTr="00507E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</w:tcPr>
          <w:p w14:paraId="6A80AF54" w14:textId="77777777" w:rsidR="00F73436" w:rsidRPr="00D07997" w:rsidRDefault="00F73436" w:rsidP="00D0799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İlk </w:t>
            </w:r>
            <w:proofErr w:type="spellStart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ve</w:t>
            </w:r>
            <w:proofErr w:type="spellEnd"/>
            <w:r w:rsidRPr="00D07997">
              <w:rPr>
                <w:rFonts w:ascii="Times New Roman" w:hAnsi="Times New Roman" w:cs="Times New Roman"/>
                <w:sz w:val="16"/>
                <w:szCs w:val="16"/>
              </w:rPr>
              <w:t xml:space="preserve"> Acil Yardım</w:t>
            </w:r>
          </w:p>
        </w:tc>
        <w:tc>
          <w:tcPr>
            <w:tcW w:w="1234" w:type="dxa"/>
          </w:tcPr>
          <w:p w14:paraId="65D321D9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61.9</w:t>
            </w:r>
          </w:p>
        </w:tc>
        <w:tc>
          <w:tcPr>
            <w:tcW w:w="1234" w:type="dxa"/>
          </w:tcPr>
          <w:p w14:paraId="6FC67718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28.6</w:t>
            </w:r>
          </w:p>
        </w:tc>
        <w:tc>
          <w:tcPr>
            <w:tcW w:w="1234" w:type="dxa"/>
          </w:tcPr>
          <w:p w14:paraId="2BD3B7D3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9.5</w:t>
            </w:r>
          </w:p>
        </w:tc>
        <w:tc>
          <w:tcPr>
            <w:tcW w:w="1234" w:type="dxa"/>
          </w:tcPr>
          <w:p w14:paraId="743FE6E7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38.1</w:t>
            </w:r>
          </w:p>
        </w:tc>
        <w:tc>
          <w:tcPr>
            <w:tcW w:w="1234" w:type="dxa"/>
          </w:tcPr>
          <w:p w14:paraId="528A102C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23.8</w:t>
            </w:r>
          </w:p>
        </w:tc>
        <w:tc>
          <w:tcPr>
            <w:tcW w:w="1234" w:type="dxa"/>
          </w:tcPr>
          <w:p w14:paraId="159B4353" w14:textId="77777777" w:rsidR="00F73436" w:rsidRPr="00D07997" w:rsidRDefault="00F73436" w:rsidP="00D0799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D07997">
              <w:rPr>
                <w:rFonts w:ascii="Times New Roman" w:hAnsi="Times New Roman" w:cs="Times New Roman"/>
                <w:sz w:val="16"/>
                <w:szCs w:val="16"/>
              </w:rPr>
              <w:t>38.1</w:t>
            </w:r>
          </w:p>
        </w:tc>
      </w:tr>
    </w:tbl>
    <w:p w14:paraId="53091425" w14:textId="5FB34274" w:rsidR="00F73436" w:rsidRPr="00D07997" w:rsidRDefault="00F73436" w:rsidP="00D07997">
      <w:pPr>
        <w:pStyle w:val="Balk1"/>
        <w:spacing w:before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sz w:val="24"/>
          <w:szCs w:val="24"/>
        </w:rPr>
        <w:t xml:space="preserve">Genel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Karşılaştırma</w:t>
      </w:r>
      <w:proofErr w:type="spellEnd"/>
      <w:r w:rsidRPr="00D079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997">
        <w:rPr>
          <w:rFonts w:ascii="Times New Roman" w:hAnsi="Times New Roman" w:cs="Times New Roman"/>
          <w:sz w:val="24"/>
          <w:szCs w:val="24"/>
        </w:rPr>
        <w:t>Grafiği</w:t>
      </w:r>
      <w:proofErr w:type="spellEnd"/>
    </w:p>
    <w:p w14:paraId="1E56B0A0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EC2B427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79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BAD7DF4" wp14:editId="2234D3EF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486400" cy="2362200"/>
            <wp:effectExtent l="0" t="0" r="0" b="0"/>
            <wp:wrapSquare wrapText="bothSides"/>
            <wp:docPr id="7" name="Picture 7" descr="metin, ekran görüntüsü, diyagram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etin, ekran görüntüsü, diyagram, çizgi içeren bir resim&#10;&#10;Açıklama otomatik olarak oluşturuldu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1485B" w14:textId="0E8627B2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30F3E2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BFE7BD" w14:textId="77777777" w:rsidR="00F73436" w:rsidRPr="00D07997" w:rsidRDefault="00F73436" w:rsidP="00D0799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F73436" w:rsidRPr="00D0799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E2EADE02"/>
    <w:lvl w:ilvl="0">
      <w:start w:val="1"/>
      <w:numFmt w:val="bullet"/>
      <w:pStyle w:val="ListeMaddemi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029113A6"/>
    <w:multiLevelType w:val="hybridMultilevel"/>
    <w:tmpl w:val="A4BA27A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455D0"/>
    <w:multiLevelType w:val="hybridMultilevel"/>
    <w:tmpl w:val="8E7E0A7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053E3F"/>
    <w:multiLevelType w:val="hybridMultilevel"/>
    <w:tmpl w:val="7CFEABF0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8F6A83"/>
    <w:multiLevelType w:val="hybridMultilevel"/>
    <w:tmpl w:val="F484217A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B74271"/>
    <w:multiLevelType w:val="hybridMultilevel"/>
    <w:tmpl w:val="75B4F2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FB29D8"/>
    <w:multiLevelType w:val="hybridMultilevel"/>
    <w:tmpl w:val="F238D1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375BA"/>
    <w:multiLevelType w:val="hybridMultilevel"/>
    <w:tmpl w:val="5EF67A1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696FFC"/>
    <w:multiLevelType w:val="hybridMultilevel"/>
    <w:tmpl w:val="B5F654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05194"/>
    <w:multiLevelType w:val="hybridMultilevel"/>
    <w:tmpl w:val="A39AF77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F580849"/>
    <w:multiLevelType w:val="hybridMultilevel"/>
    <w:tmpl w:val="0BCE4EE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6F2912"/>
    <w:multiLevelType w:val="hybridMultilevel"/>
    <w:tmpl w:val="A0EE6B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A324912"/>
    <w:multiLevelType w:val="hybridMultilevel"/>
    <w:tmpl w:val="DC60D8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55884"/>
    <w:multiLevelType w:val="hybridMultilevel"/>
    <w:tmpl w:val="1EA4BFEA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D4124ED"/>
    <w:multiLevelType w:val="hybridMultilevel"/>
    <w:tmpl w:val="A4BA27A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854D60"/>
    <w:multiLevelType w:val="hybridMultilevel"/>
    <w:tmpl w:val="59D6EB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867327"/>
    <w:multiLevelType w:val="hybridMultilevel"/>
    <w:tmpl w:val="9EBAEAAA"/>
    <w:lvl w:ilvl="0" w:tplc="B4825A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EC5766"/>
    <w:multiLevelType w:val="hybridMultilevel"/>
    <w:tmpl w:val="4EF6870C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0B40D27"/>
    <w:multiLevelType w:val="hybridMultilevel"/>
    <w:tmpl w:val="9B023A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B55CD"/>
    <w:multiLevelType w:val="hybridMultilevel"/>
    <w:tmpl w:val="AD0C394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204E7E"/>
    <w:multiLevelType w:val="hybridMultilevel"/>
    <w:tmpl w:val="EEBADF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E21B13"/>
    <w:multiLevelType w:val="hybridMultilevel"/>
    <w:tmpl w:val="D6A8995E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4291B0D"/>
    <w:multiLevelType w:val="hybridMultilevel"/>
    <w:tmpl w:val="EF8217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1F010C"/>
    <w:multiLevelType w:val="hybridMultilevel"/>
    <w:tmpl w:val="8FF641CA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8A17BE"/>
    <w:multiLevelType w:val="hybridMultilevel"/>
    <w:tmpl w:val="2416DE0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89B32B9"/>
    <w:multiLevelType w:val="hybridMultilevel"/>
    <w:tmpl w:val="56B4AD9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A7B1B69"/>
    <w:multiLevelType w:val="hybridMultilevel"/>
    <w:tmpl w:val="5D309328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3E00DF"/>
    <w:multiLevelType w:val="hybridMultilevel"/>
    <w:tmpl w:val="21AC138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574202">
    <w:abstractNumId w:val="8"/>
  </w:num>
  <w:num w:numId="2" w16cid:durableId="75788351">
    <w:abstractNumId w:val="6"/>
  </w:num>
  <w:num w:numId="3" w16cid:durableId="183323913">
    <w:abstractNumId w:val="5"/>
  </w:num>
  <w:num w:numId="4" w16cid:durableId="478303035">
    <w:abstractNumId w:val="4"/>
  </w:num>
  <w:num w:numId="5" w16cid:durableId="1018391557">
    <w:abstractNumId w:val="7"/>
  </w:num>
  <w:num w:numId="6" w16cid:durableId="1263106397">
    <w:abstractNumId w:val="3"/>
  </w:num>
  <w:num w:numId="7" w16cid:durableId="624585772">
    <w:abstractNumId w:val="2"/>
  </w:num>
  <w:num w:numId="8" w16cid:durableId="1208642236">
    <w:abstractNumId w:val="1"/>
  </w:num>
  <w:num w:numId="9" w16cid:durableId="2060126415">
    <w:abstractNumId w:val="0"/>
  </w:num>
  <w:num w:numId="10" w16cid:durableId="1656104412">
    <w:abstractNumId w:val="15"/>
  </w:num>
  <w:num w:numId="11" w16cid:durableId="1533422792">
    <w:abstractNumId w:val="16"/>
  </w:num>
  <w:num w:numId="12" w16cid:durableId="586428429">
    <w:abstractNumId w:val="12"/>
  </w:num>
  <w:num w:numId="13" w16cid:durableId="1277178844">
    <w:abstractNumId w:val="19"/>
  </w:num>
  <w:num w:numId="14" w16cid:durableId="1518041250">
    <w:abstractNumId w:val="14"/>
  </w:num>
  <w:num w:numId="15" w16cid:durableId="311452743">
    <w:abstractNumId w:val="21"/>
  </w:num>
  <w:num w:numId="16" w16cid:durableId="502744950">
    <w:abstractNumId w:val="18"/>
  </w:num>
  <w:num w:numId="17" w16cid:durableId="511263465">
    <w:abstractNumId w:val="13"/>
  </w:num>
  <w:num w:numId="18" w16cid:durableId="938174643">
    <w:abstractNumId w:val="34"/>
  </w:num>
  <w:num w:numId="19" w16cid:durableId="156507837">
    <w:abstractNumId w:val="28"/>
  </w:num>
  <w:num w:numId="20" w16cid:durableId="706831963">
    <w:abstractNumId w:val="35"/>
  </w:num>
  <w:num w:numId="21" w16cid:durableId="623658921">
    <w:abstractNumId w:val="29"/>
  </w:num>
  <w:num w:numId="22" w16cid:durableId="2071344456">
    <w:abstractNumId w:val="23"/>
  </w:num>
  <w:num w:numId="23" w16cid:durableId="2128617188">
    <w:abstractNumId w:val="27"/>
  </w:num>
  <w:num w:numId="24" w16cid:durableId="1523931098">
    <w:abstractNumId w:val="11"/>
  </w:num>
  <w:num w:numId="25" w16cid:durableId="1064446204">
    <w:abstractNumId w:val="32"/>
  </w:num>
  <w:num w:numId="26" w16cid:durableId="2024360874">
    <w:abstractNumId w:val="10"/>
  </w:num>
  <w:num w:numId="27" w16cid:durableId="595014910">
    <w:abstractNumId w:val="25"/>
  </w:num>
  <w:num w:numId="28" w16cid:durableId="1992520696">
    <w:abstractNumId w:val="9"/>
  </w:num>
  <w:num w:numId="29" w16cid:durableId="1279530176">
    <w:abstractNumId w:val="22"/>
  </w:num>
  <w:num w:numId="30" w16cid:durableId="1714496893">
    <w:abstractNumId w:val="24"/>
  </w:num>
  <w:num w:numId="31" w16cid:durableId="352416524">
    <w:abstractNumId w:val="30"/>
  </w:num>
  <w:num w:numId="32" w16cid:durableId="1889104564">
    <w:abstractNumId w:val="20"/>
  </w:num>
  <w:num w:numId="33" w16cid:durableId="818419367">
    <w:abstractNumId w:val="17"/>
  </w:num>
  <w:num w:numId="34" w16cid:durableId="1026372477">
    <w:abstractNumId w:val="33"/>
  </w:num>
  <w:num w:numId="35" w16cid:durableId="676887811">
    <w:abstractNumId w:val="26"/>
  </w:num>
  <w:num w:numId="36" w16cid:durableId="37227472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2DBE"/>
    <w:rsid w:val="00034616"/>
    <w:rsid w:val="000503AF"/>
    <w:rsid w:val="0006063C"/>
    <w:rsid w:val="00093726"/>
    <w:rsid w:val="00131B52"/>
    <w:rsid w:val="0015074B"/>
    <w:rsid w:val="00150D1D"/>
    <w:rsid w:val="00170D21"/>
    <w:rsid w:val="001848AE"/>
    <w:rsid w:val="001D4933"/>
    <w:rsid w:val="00227AF2"/>
    <w:rsid w:val="0029639D"/>
    <w:rsid w:val="002B6F04"/>
    <w:rsid w:val="002E3A3F"/>
    <w:rsid w:val="003253CA"/>
    <w:rsid w:val="00325A44"/>
    <w:rsid w:val="00326F90"/>
    <w:rsid w:val="00334641"/>
    <w:rsid w:val="00367FCF"/>
    <w:rsid w:val="00377FD8"/>
    <w:rsid w:val="003C29BE"/>
    <w:rsid w:val="00481F21"/>
    <w:rsid w:val="004A01DE"/>
    <w:rsid w:val="004A0F0C"/>
    <w:rsid w:val="004B4575"/>
    <w:rsid w:val="004C4461"/>
    <w:rsid w:val="004D4B63"/>
    <w:rsid w:val="004F6EEA"/>
    <w:rsid w:val="005125F8"/>
    <w:rsid w:val="00552896"/>
    <w:rsid w:val="006842E4"/>
    <w:rsid w:val="007465ED"/>
    <w:rsid w:val="00747293"/>
    <w:rsid w:val="00755CE2"/>
    <w:rsid w:val="007A2FD2"/>
    <w:rsid w:val="007A5209"/>
    <w:rsid w:val="007E645C"/>
    <w:rsid w:val="008249C9"/>
    <w:rsid w:val="00841D96"/>
    <w:rsid w:val="008B661C"/>
    <w:rsid w:val="008F29F0"/>
    <w:rsid w:val="008F3D88"/>
    <w:rsid w:val="00924217"/>
    <w:rsid w:val="00932F67"/>
    <w:rsid w:val="009A33A4"/>
    <w:rsid w:val="009C015E"/>
    <w:rsid w:val="009C425F"/>
    <w:rsid w:val="00A56A70"/>
    <w:rsid w:val="00A70672"/>
    <w:rsid w:val="00AA1D8D"/>
    <w:rsid w:val="00AB441B"/>
    <w:rsid w:val="00AE76CC"/>
    <w:rsid w:val="00B47730"/>
    <w:rsid w:val="00C32626"/>
    <w:rsid w:val="00C64E10"/>
    <w:rsid w:val="00C869BF"/>
    <w:rsid w:val="00CB0664"/>
    <w:rsid w:val="00D07997"/>
    <w:rsid w:val="00D81137"/>
    <w:rsid w:val="00E33ED2"/>
    <w:rsid w:val="00E733EA"/>
    <w:rsid w:val="00ED4F4B"/>
    <w:rsid w:val="00F73436"/>
    <w:rsid w:val="00F85BEA"/>
    <w:rsid w:val="00F919DC"/>
    <w:rsid w:val="00F97135"/>
    <w:rsid w:val="00FA1119"/>
    <w:rsid w:val="00FC588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42174E7D-8992-48B4-BC26-8E748B83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Balk1">
    <w:name w:val="heading 1"/>
    <w:basedOn w:val="Normal"/>
    <w:next w:val="Normal"/>
    <w:link w:val="Balk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618BF"/>
  </w:style>
  <w:style w:type="paragraph" w:styleId="AltBilgi">
    <w:name w:val="footer"/>
    <w:basedOn w:val="Normal"/>
    <w:link w:val="AltBilgi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618BF"/>
  </w:style>
  <w:style w:type="paragraph" w:styleId="AralkYok">
    <w:name w:val="No Spacing"/>
    <w:uiPriority w:val="1"/>
    <w:qFormat/>
    <w:rsid w:val="00FC693F"/>
    <w:pPr>
      <w:spacing w:after="0" w:line="240" w:lineRule="auto"/>
    </w:pPr>
  </w:style>
  <w:style w:type="character" w:customStyle="1" w:styleId="Balk1Char">
    <w:name w:val="Başlık 1 Char"/>
    <w:basedOn w:val="VarsaylanParagrafYazTipi"/>
    <w:link w:val="Bal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nuBal">
    <w:name w:val="Title"/>
    <w:basedOn w:val="Normal"/>
    <w:next w:val="Normal"/>
    <w:link w:val="KonuBa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GvdeMetni">
    <w:name w:val="Body Text"/>
    <w:basedOn w:val="Normal"/>
    <w:link w:val="GvdeMetniChar"/>
    <w:uiPriority w:val="99"/>
    <w:unhideWhenUsed/>
    <w:rsid w:val="00AA1D8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AA1D8D"/>
  </w:style>
  <w:style w:type="paragraph" w:styleId="GvdeMetni2">
    <w:name w:val="Body Text 2"/>
    <w:basedOn w:val="Normal"/>
    <w:link w:val="GvdeMetni2Char"/>
    <w:uiPriority w:val="99"/>
    <w:unhideWhenUsed/>
    <w:rsid w:val="00AA1D8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rsid w:val="00AA1D8D"/>
  </w:style>
  <w:style w:type="paragraph" w:styleId="GvdeMetni3">
    <w:name w:val="Body Text 3"/>
    <w:basedOn w:val="Normal"/>
    <w:link w:val="GvdeMetni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Maddemi">
    <w:name w:val="List Bullet"/>
    <w:basedOn w:val="Normal"/>
    <w:uiPriority w:val="99"/>
    <w:unhideWhenUsed/>
    <w:rsid w:val="00326F90"/>
    <w:pPr>
      <w:numPr>
        <w:numId w:val="1"/>
      </w:numPr>
      <w:tabs>
        <w:tab w:val="clear" w:pos="643"/>
        <w:tab w:val="num" w:pos="360"/>
      </w:tabs>
      <w:ind w:left="360"/>
      <w:contextualSpacing/>
    </w:pPr>
  </w:style>
  <w:style w:type="paragraph" w:styleId="ListeMaddemi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ara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ara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ara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Devam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Metni">
    <w:name w:val="macro"/>
    <w:link w:val="MakroMetni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rsid w:val="0029639D"/>
    <w:rPr>
      <w:rFonts w:ascii="Courier" w:hAnsi="Courier"/>
      <w:sz w:val="20"/>
      <w:szCs w:val="20"/>
    </w:rPr>
  </w:style>
  <w:style w:type="paragraph" w:styleId="Alnt">
    <w:name w:val="Quote"/>
    <w:basedOn w:val="Normal"/>
    <w:next w:val="Normal"/>
    <w:link w:val="AlntChar"/>
    <w:uiPriority w:val="29"/>
    <w:qFormat/>
    <w:rsid w:val="00FC693F"/>
    <w:rPr>
      <w:i/>
      <w:iCs/>
      <w:color w:val="000000" w:themeColor="text1"/>
    </w:rPr>
  </w:style>
  <w:style w:type="character" w:customStyle="1" w:styleId="AlntChar">
    <w:name w:val="Alıntı Char"/>
    <w:basedOn w:val="VarsaylanParagrafYazTipi"/>
    <w:link w:val="Alnt"/>
    <w:uiPriority w:val="29"/>
    <w:rsid w:val="00FC693F"/>
    <w:rPr>
      <w:i/>
      <w:iCs/>
      <w:color w:val="000000" w:themeColor="text1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FC693F"/>
    <w:rPr>
      <w:b/>
      <w:bCs/>
    </w:rPr>
  </w:style>
  <w:style w:type="character" w:styleId="Vurgu">
    <w:name w:val="Emphasis"/>
    <w:basedOn w:val="VarsaylanParagrafYazTipi"/>
    <w:uiPriority w:val="20"/>
    <w:qFormat/>
    <w:rsid w:val="00FC693F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FC693F"/>
    <w:rPr>
      <w:b/>
      <w:bCs/>
      <w:i/>
      <w:iCs/>
      <w:color w:val="4F81BD" w:themeColor="accent1"/>
    </w:rPr>
  </w:style>
  <w:style w:type="character" w:styleId="HafifVurgulama">
    <w:name w:val="Subtle Emphasis"/>
    <w:basedOn w:val="VarsaylanParagrafYazTipi"/>
    <w:uiPriority w:val="19"/>
    <w:qFormat/>
    <w:rsid w:val="00FC693F"/>
    <w:rPr>
      <w:i/>
      <w:iCs/>
      <w:color w:val="808080" w:themeColor="text1" w:themeTint="7F"/>
    </w:rPr>
  </w:style>
  <w:style w:type="character" w:styleId="GlVurgulama">
    <w:name w:val="Intense Emphasis"/>
    <w:basedOn w:val="VarsaylanParagrafYazTipi"/>
    <w:uiPriority w:val="21"/>
    <w:qFormat/>
    <w:rsid w:val="00FC693F"/>
    <w:rPr>
      <w:b/>
      <w:bCs/>
      <w:i/>
      <w:iCs/>
      <w:color w:val="4F81BD" w:themeColor="accent1"/>
    </w:rPr>
  </w:style>
  <w:style w:type="character" w:styleId="HafifBavuru">
    <w:name w:val="Subtle Reference"/>
    <w:basedOn w:val="VarsaylanParagrafYazTipi"/>
    <w:uiPriority w:val="31"/>
    <w:qFormat/>
    <w:rsid w:val="00FC693F"/>
    <w:rPr>
      <w:smallCaps/>
      <w:color w:val="C0504D" w:themeColor="accent2"/>
      <w:u w:val="single"/>
    </w:rPr>
  </w:style>
  <w:style w:type="character" w:styleId="GlBavuru">
    <w:name w:val="Intense Reference"/>
    <w:basedOn w:val="VarsaylanParagrafYazTipi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itapBal">
    <w:name w:val="Book Title"/>
    <w:basedOn w:val="VarsaylanParagrafYazTipi"/>
    <w:uiPriority w:val="33"/>
    <w:qFormat/>
    <w:rsid w:val="00FC693F"/>
    <w:rPr>
      <w:b/>
      <w:b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C693F"/>
    <w:pPr>
      <w:outlineLvl w:val="9"/>
    </w:pPr>
  </w:style>
  <w:style w:type="table" w:styleId="TabloKlavuzu">
    <w:name w:val="Table Grid"/>
    <w:basedOn w:val="NormalTablo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">
    <w:name w:val="Light Shading"/>
    <w:basedOn w:val="NormalTablo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Glgeleme-Vurgu2">
    <w:name w:val="Light Shading Accent 2"/>
    <w:basedOn w:val="NormalTablo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kGlgeleme-Vurgu3">
    <w:name w:val="Light Shading Accent 3"/>
    <w:basedOn w:val="NormalTablo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Glgeleme-Vurgu4">
    <w:name w:val="Light Shading Accent 4"/>
    <w:basedOn w:val="NormalTablo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AkGlgeleme-Vurgu5">
    <w:name w:val="Light Shading Accent 5"/>
    <w:basedOn w:val="NormalTablo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kGlgeleme-Vurgu6">
    <w:name w:val="Light Shading Accent 6"/>
    <w:basedOn w:val="NormalTablo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kListe">
    <w:name w:val="Light List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kListe-Vurgu2">
    <w:name w:val="Light List Accent 2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kListe-Vurgu3">
    <w:name w:val="Light List Accent 3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AkListe-Vurgu4">
    <w:name w:val="Light List Accent 4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AkListe-Vurgu5">
    <w:name w:val="Light List Accent 5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AkListe-Vurgu6">
    <w:name w:val="Light List Accent 6"/>
    <w:basedOn w:val="NormalTablo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kKlavuz">
    <w:name w:val="Light Grid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AkKlavuz-Vurgu2">
    <w:name w:val="Light Grid Accent 2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AkKlavuz-Vurgu3">
    <w:name w:val="Light Grid Accent 3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4">
    <w:name w:val="Light Grid Accent 4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kKlavuz-Vurgu5">
    <w:name w:val="Light Grid Accent 5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Klavuz-Vurgu6">
    <w:name w:val="Light Grid Accent 6"/>
    <w:basedOn w:val="NormalTablo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Glgeleme1">
    <w:name w:val="Medium Shading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1">
    <w:name w:val="Medium Lis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OrtaListe1-Vurgu2">
    <w:name w:val="Medium List 1 Accent 2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OrtaListe1-Vurgu3">
    <w:name w:val="Medium List 1 Accent 3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OrtaListe1-Vurgu4">
    <w:name w:val="Medium List 1 Accent 4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OrtaListe1-Vurgu5">
    <w:name w:val="Medium List 1 Accent 5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OrtaListe1-Vurgu6">
    <w:name w:val="Medium List 1 Accent 6"/>
    <w:basedOn w:val="NormalTablo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OrtaListe2">
    <w:name w:val="Medium Lis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Klavuz1">
    <w:name w:val="Medium Grid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OrtaKlavuz1-Vurgu2">
    <w:name w:val="Medium Grid 1 Accent 2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OrtaKlavuz1-Vurgu3">
    <w:name w:val="Medium Grid 1 Accent 3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4">
    <w:name w:val="Medium Grid 1 Accent 4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OrtaKlavuz1-Vurgu5">
    <w:name w:val="Medium Grid 1 Accent 5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OrtaKlavuz1-Vurgu6">
    <w:name w:val="Medium Grid 1 Accent 6"/>
    <w:basedOn w:val="NormalTablo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OrtaKlavuz2">
    <w:name w:val="Medium Grid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OrtaKlavuz3-Vurgu2">
    <w:name w:val="Medium Grid 3 Accent 2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OrtaKlavuz3-Vurgu3">
    <w:name w:val="Medium Grid 3 Accent 3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OrtaKlavuz3-Vurgu4">
    <w:name w:val="Medium Grid 3 Accent 4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OrtaKlavuz3-Vurgu5">
    <w:name w:val="Medium Grid 3 Accent 5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OrtaKlavuz3-Vurgu6">
    <w:name w:val="Medium Grid 3 Accent 6"/>
    <w:basedOn w:val="NormalTablo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KoyuListe">
    <w:name w:val="Dark List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KoyuListe-Vurgu2">
    <w:name w:val="Dark List Accent 2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KoyuListe-Vurgu3">
    <w:name w:val="Dark List Accent 3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KoyuListe-Vurgu4">
    <w:name w:val="Dark List Accent 4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KoyuListe-Vurgu5">
    <w:name w:val="Dark List Accent 5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KoyuListe-Vurgu6">
    <w:name w:val="Dark List Accent 6"/>
    <w:basedOn w:val="NormalTablo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RenkliGlgeleme">
    <w:name w:val="Colorful Shading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Liste">
    <w:name w:val="Colorful List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RenkliListe-Vurgu2">
    <w:name w:val="Colorful List Accent 2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RenkliListe-Vurgu3">
    <w:name w:val="Colorful List Accent 3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RenkliListe-Vurgu4">
    <w:name w:val="Colorful List Accent 4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RenkliListe-Vurgu5">
    <w:name w:val="Colorful List Accent 5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RenkliListe-Vurgu6">
    <w:name w:val="Colorful List Accent 6"/>
    <w:basedOn w:val="NormalTablo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RenkliKlavuz">
    <w:name w:val="Colorful Grid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nkliKlavuz-Vurgu2">
    <w:name w:val="Colorful Grid Accent 2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nkliKlavuz-Vurgu3">
    <w:name w:val="Colorful Grid Accent 3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nkliKlavuz-Vurgu4">
    <w:name w:val="Colorful Grid Accent 4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nkliKlavuz-Vurgu5">
    <w:name w:val="Colorful Grid Accent 5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nkliKlavuz-Vurgu6">
    <w:name w:val="Colorful Grid Accent 6"/>
    <w:basedOn w:val="NormalTablo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1618</Words>
  <Characters>9224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Galip Usta</cp:lastModifiedBy>
  <cp:revision>2</cp:revision>
  <dcterms:created xsi:type="dcterms:W3CDTF">2025-06-19T11:30:00Z</dcterms:created>
  <dcterms:modified xsi:type="dcterms:W3CDTF">2025-06-19T11:30:00Z</dcterms:modified>
  <cp:category/>
</cp:coreProperties>
</file>